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80455347"/>
        <w:docPartObj>
          <w:docPartGallery w:val="Table of Contents"/>
          <w:docPartUnique/>
        </w:docPartObj>
      </w:sdtPr>
      <w:sdtContent>
        <w:p w:rsidR="5F29C825" w:rsidP="3F556641" w:rsidRDefault="5F29C825" w14:paraId="0154C7FA" w14:textId="4718FB80">
          <w:pPr>
            <w:pStyle w:val="TOC1"/>
            <w:tabs>
              <w:tab w:val="right" w:leader="dot" w:pos="9405"/>
            </w:tabs>
          </w:pPr>
          <w:r>
            <w:fldChar w:fldCharType="begin"/>
          </w:r>
          <w:r>
            <w:instrText xml:space="preserve">TOC \o "1-9" \z \u \h</w:instrText>
          </w:r>
          <w:r>
            <w:fldChar w:fldCharType="separate"/>
          </w:r>
          <w:r>
            <w:fldChar w:fldCharType="begin"/>
          </w:r>
          <w:r>
            <w:instrText xml:space="preserve">HYPERLINK  \l  "_Toc2064009305" </w:instrText>
          </w:r>
          <w:r>
            <w:fldChar w:fldCharType="separate"/>
          </w:r>
          <w:r w:rsidR="3F556641">
            <w:rPr/>
            <w:t>Suivez le guide</w:t>
          </w:r>
          <w:r>
            <w:tab/>
          </w:r>
          <w:r>
            <w:fldChar w:fldCharType="begin"/>
          </w:r>
          <w:r>
            <w:instrText xml:space="preserve">PAGEREF _Toc2064009305 \h</w:instrText>
          </w:r>
          <w:r>
            <w:fldChar w:fldCharType="separate"/>
          </w:r>
          <w:r w:rsidR="3F556641">
            <w:rPr/>
            <w:t>1</w:t>
          </w:r>
          <w:r>
            <w:fldChar w:fldCharType="end"/>
          </w:r>
          <w:r>
            <w:fldChar w:fldCharType="end"/>
          </w:r>
        </w:p>
        <w:p w:rsidR="5F29C825" w:rsidP="3F556641" w:rsidRDefault="5F29C825" w14:paraId="1B939644" w14:textId="5F80F014">
          <w:pPr>
            <w:pStyle w:val="TOC2"/>
            <w:tabs>
              <w:tab w:val="right" w:leader="dot" w:pos="9405"/>
            </w:tabs>
          </w:pPr>
          <w:r>
            <w:fldChar w:fldCharType="begin"/>
          </w:r>
          <w:r>
            <w:instrText xml:space="preserve">HYPERLINK  \l  "_Toc703118967" </w:instrText>
          </w:r>
          <w:r>
            <w:fldChar w:fldCharType="separate"/>
          </w:r>
          <w:r w:rsidR="3F556641">
            <w:rPr/>
            <w:t>Édito</w:t>
          </w:r>
          <w:r>
            <w:tab/>
          </w:r>
          <w:r>
            <w:fldChar w:fldCharType="begin"/>
          </w:r>
          <w:r>
            <w:instrText xml:space="preserve">PAGEREF _Toc703118967 \h</w:instrText>
          </w:r>
          <w:r>
            <w:fldChar w:fldCharType="separate"/>
          </w:r>
          <w:r w:rsidR="3F556641">
            <w:rPr/>
            <w:t>2</w:t>
          </w:r>
          <w:r>
            <w:fldChar w:fldCharType="end"/>
          </w:r>
          <w:r>
            <w:fldChar w:fldCharType="end"/>
          </w:r>
        </w:p>
        <w:p w:rsidR="5F29C825" w:rsidP="3F556641" w:rsidRDefault="5F29C825" w14:paraId="1E6D0EB9" w14:textId="14A75756">
          <w:pPr>
            <w:pStyle w:val="TOC2"/>
            <w:tabs>
              <w:tab w:val="right" w:leader="dot" w:pos="9405"/>
            </w:tabs>
          </w:pPr>
          <w:r>
            <w:fldChar w:fldCharType="begin"/>
          </w:r>
          <w:r>
            <w:instrText xml:space="preserve">HYPERLINK  \l  "_Toc1334955715" </w:instrText>
          </w:r>
          <w:r>
            <w:fldChar w:fldCharType="separate"/>
          </w:r>
          <w:r w:rsidR="3F556641">
            <w:rPr/>
            <w:t>Nos Actus</w:t>
          </w:r>
          <w:r>
            <w:tab/>
          </w:r>
          <w:r>
            <w:fldChar w:fldCharType="begin"/>
          </w:r>
          <w:r>
            <w:instrText xml:space="preserve">PAGEREF _Toc1334955715 \h</w:instrText>
          </w:r>
          <w:r>
            <w:fldChar w:fldCharType="separate"/>
          </w:r>
          <w:r w:rsidR="3F556641">
            <w:rPr/>
            <w:t>3</w:t>
          </w:r>
          <w:r>
            <w:fldChar w:fldCharType="end"/>
          </w:r>
          <w:r>
            <w:fldChar w:fldCharType="end"/>
          </w:r>
        </w:p>
        <w:p w:rsidR="5F29C825" w:rsidP="3F556641" w:rsidRDefault="5F29C825" w14:paraId="7D9FDF7B" w14:textId="2B5C0DFB">
          <w:pPr>
            <w:pStyle w:val="TOC3"/>
            <w:tabs>
              <w:tab w:val="right" w:leader="dot" w:pos="9405"/>
            </w:tabs>
          </w:pPr>
          <w:r>
            <w:fldChar w:fldCharType="begin"/>
          </w:r>
          <w:r>
            <w:instrText xml:space="preserve">HYPERLINK  \l  "_Toc564742104" </w:instrText>
          </w:r>
          <w:r>
            <w:fldChar w:fldCharType="separate"/>
          </w:r>
          <w:r w:rsidR="3F556641">
            <w:rPr/>
            <w:t>Notre Journée Portes Ouvertes</w:t>
          </w:r>
          <w:r>
            <w:tab/>
          </w:r>
          <w:r>
            <w:fldChar w:fldCharType="begin"/>
          </w:r>
          <w:r>
            <w:instrText xml:space="preserve">PAGEREF _Toc564742104 \h</w:instrText>
          </w:r>
          <w:r>
            <w:fldChar w:fldCharType="separate"/>
          </w:r>
          <w:r w:rsidR="3F556641">
            <w:rPr/>
            <w:t>3</w:t>
          </w:r>
          <w:r>
            <w:fldChar w:fldCharType="end"/>
          </w:r>
          <w:r>
            <w:fldChar w:fldCharType="end"/>
          </w:r>
        </w:p>
        <w:p w:rsidR="5F29C825" w:rsidP="3F556641" w:rsidRDefault="5F29C825" w14:paraId="7AFEDDD0" w14:textId="4C66F176">
          <w:pPr>
            <w:pStyle w:val="TOC3"/>
            <w:tabs>
              <w:tab w:val="right" w:leader="dot" w:pos="9405"/>
            </w:tabs>
          </w:pPr>
          <w:r>
            <w:fldChar w:fldCharType="begin"/>
          </w:r>
          <w:r>
            <w:instrText xml:space="preserve">HYPERLINK  \l  "_Toc417112973" </w:instrText>
          </w:r>
          <w:r>
            <w:fldChar w:fldCharType="separate"/>
          </w:r>
          <w:r w:rsidR="3F556641">
            <w:rPr/>
            <w:t>Au programme</w:t>
          </w:r>
          <w:r>
            <w:tab/>
          </w:r>
          <w:r>
            <w:fldChar w:fldCharType="begin"/>
          </w:r>
          <w:r>
            <w:instrText xml:space="preserve">PAGEREF _Toc417112973 \h</w:instrText>
          </w:r>
          <w:r>
            <w:fldChar w:fldCharType="separate"/>
          </w:r>
          <w:r w:rsidR="3F556641">
            <w:rPr/>
            <w:t>3</w:t>
          </w:r>
          <w:r>
            <w:fldChar w:fldCharType="end"/>
          </w:r>
          <w:r>
            <w:fldChar w:fldCharType="end"/>
          </w:r>
        </w:p>
        <w:p w:rsidR="5F29C825" w:rsidP="3F556641" w:rsidRDefault="5F29C825" w14:paraId="15D2DE95" w14:textId="5F45C538">
          <w:pPr>
            <w:pStyle w:val="TOC2"/>
            <w:tabs>
              <w:tab w:val="right" w:leader="dot" w:pos="9405"/>
            </w:tabs>
          </w:pPr>
          <w:r>
            <w:fldChar w:fldCharType="begin"/>
          </w:r>
          <w:r>
            <w:instrText xml:space="preserve">HYPERLINK  \l  "_Toc1559821374" </w:instrText>
          </w:r>
          <w:r>
            <w:fldChar w:fldCharType="separate"/>
          </w:r>
          <w:r w:rsidR="3F556641">
            <w:rPr/>
            <w:t>Bienvenue à nos premières portées de 2026 !</w:t>
          </w:r>
          <w:r>
            <w:tab/>
          </w:r>
          <w:r>
            <w:fldChar w:fldCharType="begin"/>
          </w:r>
          <w:r>
            <w:instrText xml:space="preserve">PAGEREF _Toc1559821374 \h</w:instrText>
          </w:r>
          <w:r>
            <w:fldChar w:fldCharType="separate"/>
          </w:r>
          <w:r w:rsidR="3F556641">
            <w:rPr/>
            <w:t>3</w:t>
          </w:r>
          <w:r>
            <w:fldChar w:fldCharType="end"/>
          </w:r>
          <w:r>
            <w:fldChar w:fldCharType="end"/>
          </w:r>
        </w:p>
        <w:p w:rsidR="5F29C825" w:rsidP="3F556641" w:rsidRDefault="5F29C825" w14:paraId="5495CBDA" w14:textId="164803AB">
          <w:pPr>
            <w:pStyle w:val="TOC3"/>
            <w:tabs>
              <w:tab w:val="right" w:leader="dot" w:pos="9405"/>
            </w:tabs>
          </w:pPr>
          <w:r>
            <w:fldChar w:fldCharType="begin"/>
          </w:r>
          <w:r>
            <w:instrText xml:space="preserve">HYPERLINK  \l  "_Toc2091816972" </w:instrText>
          </w:r>
          <w:r>
            <w:fldChar w:fldCharType="separate"/>
          </w:r>
          <w:r w:rsidR="3F556641">
            <w:rPr/>
            <w:t>Umy et Thaï</w:t>
          </w:r>
          <w:r>
            <w:tab/>
          </w:r>
          <w:r>
            <w:fldChar w:fldCharType="begin"/>
          </w:r>
          <w:r>
            <w:instrText xml:space="preserve">PAGEREF _Toc2091816972 \h</w:instrText>
          </w:r>
          <w:r>
            <w:fldChar w:fldCharType="separate"/>
          </w:r>
          <w:r w:rsidR="3F556641">
            <w:rPr/>
            <w:t>3</w:t>
          </w:r>
          <w:r>
            <w:fldChar w:fldCharType="end"/>
          </w:r>
          <w:r>
            <w:fldChar w:fldCharType="end"/>
          </w:r>
        </w:p>
        <w:p w:rsidR="5F29C825" w:rsidP="3F556641" w:rsidRDefault="5F29C825" w14:paraId="6EAD1302" w14:textId="47885741">
          <w:pPr>
            <w:pStyle w:val="TOC3"/>
            <w:tabs>
              <w:tab w:val="right" w:leader="dot" w:pos="9405"/>
            </w:tabs>
          </w:pPr>
          <w:r>
            <w:fldChar w:fldCharType="begin"/>
          </w:r>
          <w:r>
            <w:instrText xml:space="preserve">HYPERLINK  \l  "_Toc287265634" </w:instrText>
          </w:r>
          <w:r>
            <w:fldChar w:fldCharType="separate"/>
          </w:r>
          <w:r w:rsidR="3F556641">
            <w:rPr/>
            <w:t>Shanelle et Umbo</w:t>
          </w:r>
          <w:r>
            <w:tab/>
          </w:r>
          <w:r>
            <w:fldChar w:fldCharType="begin"/>
          </w:r>
          <w:r>
            <w:instrText xml:space="preserve">PAGEREF _Toc287265634 \h</w:instrText>
          </w:r>
          <w:r>
            <w:fldChar w:fldCharType="separate"/>
          </w:r>
          <w:r w:rsidR="3F556641">
            <w:rPr/>
            <w:t>3</w:t>
          </w:r>
          <w:r>
            <w:fldChar w:fldCharType="end"/>
          </w:r>
          <w:r>
            <w:fldChar w:fldCharType="end"/>
          </w:r>
        </w:p>
        <w:p w:rsidR="5F29C825" w:rsidP="3F556641" w:rsidRDefault="5F29C825" w14:paraId="1174AD51" w14:textId="13ED95BC">
          <w:pPr>
            <w:pStyle w:val="TOC3"/>
            <w:tabs>
              <w:tab w:val="right" w:leader="dot" w:pos="9405"/>
            </w:tabs>
          </w:pPr>
          <w:r>
            <w:fldChar w:fldCharType="begin"/>
          </w:r>
          <w:r>
            <w:instrText xml:space="preserve">HYPERLINK  \l  "_Toc22335223" </w:instrText>
          </w:r>
          <w:r>
            <w:fldChar w:fldCharType="separate"/>
          </w:r>
          <w:r w:rsidR="3F556641">
            <w:rPr/>
            <w:t>Samba et Spritz</w:t>
          </w:r>
          <w:r>
            <w:tab/>
          </w:r>
          <w:r>
            <w:fldChar w:fldCharType="begin"/>
          </w:r>
          <w:r>
            <w:instrText xml:space="preserve">PAGEREF _Toc22335223 \h</w:instrText>
          </w:r>
          <w:r>
            <w:fldChar w:fldCharType="separate"/>
          </w:r>
          <w:r w:rsidR="3F556641">
            <w:rPr/>
            <w:t>4</w:t>
          </w:r>
          <w:r>
            <w:fldChar w:fldCharType="end"/>
          </w:r>
          <w:r>
            <w:fldChar w:fldCharType="end"/>
          </w:r>
        </w:p>
        <w:p w:rsidR="5F29C825" w:rsidP="3F556641" w:rsidRDefault="5F29C825" w14:paraId="74B3915C" w14:textId="5467AD51">
          <w:pPr>
            <w:pStyle w:val="TOC3"/>
            <w:tabs>
              <w:tab w:val="right" w:leader="dot" w:pos="9405"/>
            </w:tabs>
          </w:pPr>
          <w:r>
            <w:fldChar w:fldCharType="begin"/>
          </w:r>
          <w:r>
            <w:instrText xml:space="preserve">HYPERLINK  \l  "_Toc272835788" </w:instrText>
          </w:r>
          <w:r>
            <w:fldChar w:fldCharType="separate"/>
          </w:r>
          <w:r w:rsidR="3F556641">
            <w:rPr/>
            <w:t>Urley et Swing</w:t>
          </w:r>
          <w:r>
            <w:tab/>
          </w:r>
          <w:r>
            <w:fldChar w:fldCharType="begin"/>
          </w:r>
          <w:r>
            <w:instrText xml:space="preserve">PAGEREF _Toc272835788 \h</w:instrText>
          </w:r>
          <w:r>
            <w:fldChar w:fldCharType="separate"/>
          </w:r>
          <w:r w:rsidR="3F556641">
            <w:rPr/>
            <w:t>4</w:t>
          </w:r>
          <w:r>
            <w:fldChar w:fldCharType="end"/>
          </w:r>
          <w:r>
            <w:fldChar w:fldCharType="end"/>
          </w:r>
        </w:p>
        <w:p w:rsidR="5F29C825" w:rsidP="3F556641" w:rsidRDefault="5F29C825" w14:paraId="1C11709D" w14:textId="1BFABD93">
          <w:pPr>
            <w:pStyle w:val="TOC3"/>
            <w:tabs>
              <w:tab w:val="right" w:leader="dot" w:pos="9405"/>
            </w:tabs>
          </w:pPr>
          <w:r>
            <w:fldChar w:fldCharType="begin"/>
          </w:r>
          <w:r>
            <w:instrText xml:space="preserve">HYPERLINK  \l  "_Toc287698579" </w:instrText>
          </w:r>
          <w:r>
            <w:fldChar w:fldCharType="separate"/>
          </w:r>
          <w:r w:rsidR="3F556641">
            <w:rPr/>
            <w:t>Sotchie et Kiri</w:t>
          </w:r>
          <w:r>
            <w:tab/>
          </w:r>
          <w:r>
            <w:fldChar w:fldCharType="begin"/>
          </w:r>
          <w:r>
            <w:instrText xml:space="preserve">PAGEREF _Toc287698579 \h</w:instrText>
          </w:r>
          <w:r>
            <w:fldChar w:fldCharType="separate"/>
          </w:r>
          <w:r w:rsidR="3F556641">
            <w:rPr/>
            <w:t>4</w:t>
          </w:r>
          <w:r>
            <w:fldChar w:fldCharType="end"/>
          </w:r>
          <w:r>
            <w:fldChar w:fldCharType="end"/>
          </w:r>
        </w:p>
        <w:p w:rsidR="5F29C825" w:rsidP="3F556641" w:rsidRDefault="5F29C825" w14:paraId="2E72F3F5" w14:textId="508019AD">
          <w:pPr>
            <w:pStyle w:val="TOC2"/>
            <w:tabs>
              <w:tab w:val="right" w:leader="dot" w:pos="9405"/>
            </w:tabs>
          </w:pPr>
          <w:r>
            <w:fldChar w:fldCharType="begin"/>
          </w:r>
          <w:r>
            <w:instrText xml:space="preserve">HYPERLINK  \l  "_Toc69917723" </w:instrText>
          </w:r>
          <w:r>
            <w:fldChar w:fldCharType="separate"/>
          </w:r>
          <w:r w:rsidR="3F556641">
            <w:rPr/>
            <w:t>2025, de nouvelles avancées</w:t>
          </w:r>
          <w:r>
            <w:tab/>
          </w:r>
          <w:r>
            <w:fldChar w:fldCharType="begin"/>
          </w:r>
          <w:r>
            <w:instrText xml:space="preserve">PAGEREF _Toc69917723 \h</w:instrText>
          </w:r>
          <w:r>
            <w:fldChar w:fldCharType="separate"/>
          </w:r>
          <w:r w:rsidR="3F556641">
            <w:rPr/>
            <w:t>4</w:t>
          </w:r>
          <w:r>
            <w:fldChar w:fldCharType="end"/>
          </w:r>
          <w:r>
            <w:fldChar w:fldCharType="end"/>
          </w:r>
        </w:p>
        <w:p w:rsidR="5F29C825" w:rsidP="3F556641" w:rsidRDefault="5F29C825" w14:paraId="3F27C03A" w14:textId="57216E48">
          <w:pPr>
            <w:pStyle w:val="TOC2"/>
            <w:tabs>
              <w:tab w:val="right" w:leader="dot" w:pos="9405"/>
            </w:tabs>
          </w:pPr>
          <w:r>
            <w:fldChar w:fldCharType="begin"/>
          </w:r>
          <w:r>
            <w:instrText xml:space="preserve">HYPERLINK  \l  "_Toc1860659743" </w:instrText>
          </w:r>
          <w:r>
            <w:fldChar w:fldCharType="separate"/>
          </w:r>
          <w:r w:rsidR="3F556641">
            <w:rPr/>
            <w:t>Nos chiffres clés de 2025</w:t>
          </w:r>
          <w:r>
            <w:tab/>
          </w:r>
          <w:r>
            <w:fldChar w:fldCharType="begin"/>
          </w:r>
          <w:r>
            <w:instrText xml:space="preserve">PAGEREF _Toc1860659743 \h</w:instrText>
          </w:r>
          <w:r>
            <w:fldChar w:fldCharType="separate"/>
          </w:r>
          <w:r w:rsidR="3F556641">
            <w:rPr/>
            <w:t>5</w:t>
          </w:r>
          <w:r>
            <w:fldChar w:fldCharType="end"/>
          </w:r>
          <w:r>
            <w:fldChar w:fldCharType="end"/>
          </w:r>
        </w:p>
        <w:p w:rsidR="5F29C825" w:rsidP="3F556641" w:rsidRDefault="5F29C825" w14:paraId="4F2AE325" w14:textId="211BD7A5">
          <w:pPr>
            <w:pStyle w:val="TOC3"/>
            <w:tabs>
              <w:tab w:val="right" w:leader="dot" w:pos="9405"/>
            </w:tabs>
          </w:pPr>
          <w:r>
            <w:fldChar w:fldCharType="begin"/>
          </w:r>
          <w:r>
            <w:instrText xml:space="preserve">HYPERLINK  \l  "_Toc676339627" </w:instrText>
          </w:r>
          <w:r>
            <w:fldChar w:fldCharType="separate"/>
          </w:r>
          <w:r w:rsidR="3F556641">
            <w:rPr/>
            <w:t>Votre engagement est la force de nos actions</w:t>
          </w:r>
          <w:r>
            <w:tab/>
          </w:r>
          <w:r>
            <w:fldChar w:fldCharType="begin"/>
          </w:r>
          <w:r>
            <w:instrText xml:space="preserve">PAGEREF _Toc676339627 \h</w:instrText>
          </w:r>
          <w:r>
            <w:fldChar w:fldCharType="separate"/>
          </w:r>
          <w:r w:rsidR="3F556641">
            <w:rPr/>
            <w:t>6</w:t>
          </w:r>
          <w:r>
            <w:fldChar w:fldCharType="end"/>
          </w:r>
          <w:r>
            <w:fldChar w:fldCharType="end"/>
          </w:r>
        </w:p>
        <w:p w:rsidR="5F29C825" w:rsidP="3F556641" w:rsidRDefault="5F29C825" w14:paraId="21C9000E" w14:textId="1B768F7C">
          <w:pPr>
            <w:pStyle w:val="TOC4"/>
            <w:tabs>
              <w:tab w:val="right" w:leader="dot" w:pos="9405"/>
            </w:tabs>
          </w:pPr>
          <w:r>
            <w:fldChar w:fldCharType="begin"/>
          </w:r>
          <w:r>
            <w:instrText xml:space="preserve">HYPERLINK  \l  "_Toc1588405760" </w:instrText>
          </w:r>
          <w:r>
            <w:fldChar w:fldCharType="separate"/>
          </w:r>
          <w:r w:rsidR="3F556641">
            <w:rPr/>
            <w:t>Utilisation des ressources issues de la générosité du public</w:t>
          </w:r>
          <w:r>
            <w:tab/>
          </w:r>
          <w:r>
            <w:fldChar w:fldCharType="begin"/>
          </w:r>
          <w:r>
            <w:instrText xml:space="preserve">PAGEREF _Toc1588405760 \h</w:instrText>
          </w:r>
          <w:r>
            <w:fldChar w:fldCharType="separate"/>
          </w:r>
          <w:r w:rsidR="3F556641">
            <w:rPr/>
            <w:t>6</w:t>
          </w:r>
          <w:r>
            <w:fldChar w:fldCharType="end"/>
          </w:r>
          <w:r>
            <w:fldChar w:fldCharType="end"/>
          </w:r>
        </w:p>
        <w:p w:rsidR="5F29C825" w:rsidP="3F556641" w:rsidRDefault="5F29C825" w14:paraId="4BFE1A2C" w14:textId="06855A81">
          <w:pPr>
            <w:pStyle w:val="TOC4"/>
            <w:tabs>
              <w:tab w:val="right" w:leader="dot" w:pos="9405"/>
            </w:tabs>
          </w:pPr>
          <w:r>
            <w:fldChar w:fldCharType="begin"/>
          </w:r>
          <w:r>
            <w:instrText xml:space="preserve">HYPERLINK  \l  "_Toc516313376" </w:instrText>
          </w:r>
          <w:r>
            <w:fldChar w:fldCharType="separate"/>
          </w:r>
          <w:r w:rsidR="3F556641">
            <w:rPr/>
            <w:t>Répartition des ressources issues de la générosité du public</w:t>
          </w:r>
          <w:r>
            <w:tab/>
          </w:r>
          <w:r>
            <w:fldChar w:fldCharType="begin"/>
          </w:r>
          <w:r>
            <w:instrText xml:space="preserve">PAGEREF _Toc516313376 \h</w:instrText>
          </w:r>
          <w:r>
            <w:fldChar w:fldCharType="separate"/>
          </w:r>
          <w:r w:rsidR="3F556641">
            <w:rPr/>
            <w:t>6</w:t>
          </w:r>
          <w:r>
            <w:fldChar w:fldCharType="end"/>
          </w:r>
          <w:r>
            <w:fldChar w:fldCharType="end"/>
          </w:r>
        </w:p>
        <w:p w:rsidR="5F29C825" w:rsidP="3F556641" w:rsidRDefault="5F29C825" w14:paraId="37882C7E" w14:textId="7C2B5EE5">
          <w:pPr>
            <w:pStyle w:val="TOC2"/>
            <w:tabs>
              <w:tab w:val="right" w:leader="dot" w:pos="9405"/>
            </w:tabs>
          </w:pPr>
          <w:r>
            <w:fldChar w:fldCharType="begin"/>
          </w:r>
          <w:r>
            <w:instrText xml:space="preserve">HYPERLINK  \l  "_Toc1631230405" </w:instrText>
          </w:r>
          <w:r>
            <w:fldChar w:fldCharType="separate"/>
          </w:r>
          <w:r w:rsidR="3F556641">
            <w:rPr/>
            <w:t>Avec Uno, la vie de Théotime prend un nouveau rythme</w:t>
          </w:r>
          <w:r>
            <w:tab/>
          </w:r>
          <w:r>
            <w:fldChar w:fldCharType="begin"/>
          </w:r>
          <w:r>
            <w:instrText xml:space="preserve">PAGEREF _Toc1631230405 \h</w:instrText>
          </w:r>
          <w:r>
            <w:fldChar w:fldCharType="separate"/>
          </w:r>
          <w:r w:rsidR="3F556641">
            <w:rPr/>
            <w:t>6</w:t>
          </w:r>
          <w:r>
            <w:fldChar w:fldCharType="end"/>
          </w:r>
          <w:r>
            <w:fldChar w:fldCharType="end"/>
          </w:r>
        </w:p>
        <w:p w:rsidR="5F29C825" w:rsidP="3F556641" w:rsidRDefault="5F29C825" w14:paraId="75A67D90" w14:textId="322C90DF">
          <w:pPr>
            <w:pStyle w:val="TOC2"/>
            <w:tabs>
              <w:tab w:val="right" w:leader="dot" w:pos="9405"/>
            </w:tabs>
          </w:pPr>
          <w:r>
            <w:fldChar w:fldCharType="begin"/>
          </w:r>
          <w:r>
            <w:instrText xml:space="preserve">HYPERLINK  \l  "_Toc1338704784" </w:instrText>
          </w:r>
          <w:r>
            <w:fldChar w:fldCharType="separate"/>
          </w:r>
          <w:r w:rsidR="3F556641">
            <w:rPr/>
            <w:t>Un héritage qui continue d’agir</w:t>
          </w:r>
          <w:r>
            <w:tab/>
          </w:r>
          <w:r>
            <w:fldChar w:fldCharType="begin"/>
          </w:r>
          <w:r>
            <w:instrText xml:space="preserve">PAGEREF _Toc1338704784 \h</w:instrText>
          </w:r>
          <w:r>
            <w:fldChar w:fldCharType="separate"/>
          </w:r>
          <w:r w:rsidR="3F556641">
            <w:rPr/>
            <w:t>7</w:t>
          </w:r>
          <w:r>
            <w:fldChar w:fldCharType="end"/>
          </w:r>
          <w:r>
            <w:fldChar w:fldCharType="end"/>
          </w:r>
        </w:p>
        <w:p w:rsidR="5F29C825" w:rsidP="3F556641" w:rsidRDefault="5F29C825" w14:paraId="7BC76D40" w14:textId="7084F7CA">
          <w:pPr>
            <w:pStyle w:val="TOC3"/>
            <w:tabs>
              <w:tab w:val="right" w:leader="dot" w:pos="9405"/>
            </w:tabs>
          </w:pPr>
          <w:r>
            <w:fldChar w:fldCharType="begin"/>
          </w:r>
          <w:r>
            <w:instrText xml:space="preserve">HYPERLINK  \l  "_Toc1626876677" </w:instrText>
          </w:r>
          <w:r>
            <w:fldChar w:fldCharType="separate"/>
          </w:r>
          <w:r w:rsidR="3F556641">
            <w:rPr/>
            <w:t>Une vie peut en éclairer beaucoup d’autres</w:t>
          </w:r>
          <w:r>
            <w:tab/>
          </w:r>
          <w:r>
            <w:fldChar w:fldCharType="begin"/>
          </w:r>
          <w:r>
            <w:instrText xml:space="preserve">PAGEREF _Toc1626876677 \h</w:instrText>
          </w:r>
          <w:r>
            <w:fldChar w:fldCharType="separate"/>
          </w:r>
          <w:r w:rsidR="3F556641">
            <w:rPr/>
            <w:t>8</w:t>
          </w:r>
          <w:r>
            <w:fldChar w:fldCharType="end"/>
          </w:r>
          <w:r>
            <w:fldChar w:fldCharType="end"/>
          </w:r>
        </w:p>
        <w:p w:rsidR="5F29C825" w:rsidP="3F556641" w:rsidRDefault="5F29C825" w14:paraId="61F4E3AF" w14:textId="6245BBE0">
          <w:pPr>
            <w:pStyle w:val="TOC3"/>
            <w:tabs>
              <w:tab w:val="right" w:leader="dot" w:pos="9405"/>
            </w:tabs>
          </w:pPr>
          <w:r>
            <w:fldChar w:fldCharType="begin"/>
          </w:r>
          <w:r>
            <w:instrText xml:space="preserve">HYPERLINK  \l  "_Toc984994540" </w:instrText>
          </w:r>
          <w:r>
            <w:fldChar w:fldCharType="separate"/>
          </w:r>
          <w:r w:rsidR="3F556641">
            <w:rPr/>
            <w:t>Transmettre bien plus qu’un patrimoine</w:t>
          </w:r>
          <w:r>
            <w:tab/>
          </w:r>
          <w:r>
            <w:fldChar w:fldCharType="begin"/>
          </w:r>
          <w:r>
            <w:instrText xml:space="preserve">PAGEREF _Toc984994540 \h</w:instrText>
          </w:r>
          <w:r>
            <w:fldChar w:fldCharType="separate"/>
          </w:r>
          <w:r w:rsidR="3F556641">
            <w:rPr/>
            <w:t>8</w:t>
          </w:r>
          <w:r>
            <w:fldChar w:fldCharType="end"/>
          </w:r>
          <w:r>
            <w:fldChar w:fldCharType="end"/>
          </w:r>
        </w:p>
        <w:p w:rsidR="5F29C825" w:rsidP="3F556641" w:rsidRDefault="5F29C825" w14:paraId="3134ECBA" w14:textId="71F41F10">
          <w:pPr>
            <w:pStyle w:val="TOC3"/>
            <w:tabs>
              <w:tab w:val="right" w:leader="dot" w:pos="9405"/>
            </w:tabs>
          </w:pPr>
          <w:r>
            <w:fldChar w:fldCharType="begin"/>
          </w:r>
          <w:r>
            <w:instrText xml:space="preserve">HYPERLINK  \l  "_Toc1959619884" </w:instrText>
          </w:r>
          <w:r>
            <w:fldChar w:fldCharType="separate"/>
          </w:r>
          <w:r w:rsidR="3F556641">
            <w:rPr/>
            <w:t>Ce que votre générosité peut rendre possible</w:t>
          </w:r>
          <w:r>
            <w:tab/>
          </w:r>
          <w:r>
            <w:fldChar w:fldCharType="begin"/>
          </w:r>
          <w:r>
            <w:instrText xml:space="preserve">PAGEREF _Toc1959619884 \h</w:instrText>
          </w:r>
          <w:r>
            <w:fldChar w:fldCharType="separate"/>
          </w:r>
          <w:r w:rsidR="3F556641">
            <w:rPr/>
            <w:t>8</w:t>
          </w:r>
          <w:r>
            <w:fldChar w:fldCharType="end"/>
          </w:r>
          <w:r>
            <w:fldChar w:fldCharType="end"/>
          </w:r>
        </w:p>
        <w:p w:rsidR="5F29C825" w:rsidP="3F556641" w:rsidRDefault="5F29C825" w14:paraId="1677594A" w14:textId="6FEE59E6">
          <w:pPr>
            <w:pStyle w:val="TOC3"/>
            <w:tabs>
              <w:tab w:val="right" w:leader="dot" w:pos="9405"/>
            </w:tabs>
          </w:pPr>
          <w:r>
            <w:fldChar w:fldCharType="begin"/>
          </w:r>
          <w:r>
            <w:instrText xml:space="preserve">HYPERLINK  \l  "_Toc1141036763" </w:instrText>
          </w:r>
          <w:r>
            <w:fldChar w:fldCharType="separate"/>
          </w:r>
          <w:r w:rsidR="3F556641">
            <w:rPr/>
            <w:t>Nous ne les oublierons jamais</w:t>
          </w:r>
          <w:r>
            <w:tab/>
          </w:r>
          <w:r>
            <w:fldChar w:fldCharType="begin"/>
          </w:r>
          <w:r>
            <w:instrText xml:space="preserve">PAGEREF _Toc1141036763 \h</w:instrText>
          </w:r>
          <w:r>
            <w:fldChar w:fldCharType="separate"/>
          </w:r>
          <w:r w:rsidR="3F556641">
            <w:rPr/>
            <w:t>8</w:t>
          </w:r>
          <w:r>
            <w:fldChar w:fldCharType="end"/>
          </w:r>
          <w:r>
            <w:fldChar w:fldCharType="end"/>
          </w:r>
        </w:p>
        <w:p w:rsidR="5F29C825" w:rsidP="3F556641" w:rsidRDefault="5F29C825" w14:paraId="32622643" w14:textId="3EC7684C">
          <w:pPr>
            <w:pStyle w:val="TOC2"/>
            <w:tabs>
              <w:tab w:val="right" w:leader="dot" w:pos="9405"/>
            </w:tabs>
          </w:pPr>
          <w:r>
            <w:fldChar w:fldCharType="begin"/>
          </w:r>
          <w:r>
            <w:instrText xml:space="preserve">HYPERLINK  \l  "_Toc168631465" </w:instrText>
          </w:r>
          <w:r>
            <w:fldChar w:fldCharType="separate"/>
          </w:r>
          <w:r w:rsidR="3F556641">
            <w:rPr/>
            <w:t>PARRAINEZ UNE PORTÉE</w:t>
          </w:r>
          <w:r>
            <w:tab/>
          </w:r>
          <w:r>
            <w:fldChar w:fldCharType="begin"/>
          </w:r>
          <w:r>
            <w:instrText xml:space="preserve">PAGEREF _Toc168631465 \h</w:instrText>
          </w:r>
          <w:r>
            <w:fldChar w:fldCharType="separate"/>
          </w:r>
          <w:r w:rsidR="3F556641">
            <w:rPr/>
            <w:t>9</w:t>
          </w:r>
          <w:r>
            <w:fldChar w:fldCharType="end"/>
          </w:r>
          <w:r>
            <w:fldChar w:fldCharType="end"/>
          </w:r>
        </w:p>
        <w:p w:rsidR="5F29C825" w:rsidP="3F556641" w:rsidRDefault="5F29C825" w14:paraId="69C92724" w14:textId="157AB4D8">
          <w:pPr>
            <w:pStyle w:val="TOC3"/>
            <w:tabs>
              <w:tab w:val="right" w:leader="dot" w:pos="9405"/>
            </w:tabs>
          </w:pPr>
          <w:r>
            <w:fldChar w:fldCharType="begin"/>
          </w:r>
          <w:r>
            <w:instrText xml:space="preserve">HYPERLINK  \l  "_Toc1220623477" </w:instrText>
          </w:r>
          <w:r>
            <w:fldChar w:fldCharType="separate"/>
          </w:r>
          <w:r w:rsidR="3F556641">
            <w:rPr/>
            <w:t>Soyez présent à chaque étape de leur parcours !</w:t>
          </w:r>
          <w:r>
            <w:tab/>
          </w:r>
          <w:r>
            <w:fldChar w:fldCharType="begin"/>
          </w:r>
          <w:r>
            <w:instrText xml:space="preserve">PAGEREF _Toc1220623477 \h</w:instrText>
          </w:r>
          <w:r>
            <w:fldChar w:fldCharType="separate"/>
          </w:r>
          <w:r w:rsidR="3F556641">
            <w:rPr/>
            <w:t>10</w:t>
          </w:r>
          <w:r>
            <w:fldChar w:fldCharType="end"/>
          </w:r>
          <w:r>
            <w:fldChar w:fldCharType="end"/>
          </w:r>
        </w:p>
        <w:p w:rsidR="5F29C825" w:rsidP="3F556641" w:rsidRDefault="5F29C825" w14:paraId="1A29C2F0" w14:textId="79CC18F1">
          <w:pPr>
            <w:pStyle w:val="TOC3"/>
            <w:tabs>
              <w:tab w:val="right" w:leader="dot" w:pos="9405"/>
            </w:tabs>
          </w:pPr>
          <w:r>
            <w:fldChar w:fldCharType="begin"/>
          </w:r>
          <w:r>
            <w:instrText xml:space="preserve">HYPERLINK  \l  "_Toc1589774318" </w:instrText>
          </w:r>
          <w:r>
            <w:fldChar w:fldCharType="separate"/>
          </w:r>
          <w:r w:rsidR="3F556641">
            <w:rPr/>
            <w:t>Aidez nos petits protégés à grandir : de nombreux avantages vous attendent !</w:t>
          </w:r>
          <w:r>
            <w:tab/>
          </w:r>
          <w:r>
            <w:fldChar w:fldCharType="begin"/>
          </w:r>
          <w:r>
            <w:instrText xml:space="preserve">PAGEREF _Toc1589774318 \h</w:instrText>
          </w:r>
          <w:r>
            <w:fldChar w:fldCharType="separate"/>
          </w:r>
          <w:r w:rsidR="3F556641">
            <w:rPr/>
            <w:t>10</w:t>
          </w:r>
          <w:r>
            <w:fldChar w:fldCharType="end"/>
          </w:r>
          <w:r>
            <w:fldChar w:fldCharType="end"/>
          </w:r>
        </w:p>
        <w:p w:rsidR="5F29C825" w:rsidP="3F556641" w:rsidRDefault="5F29C825" w14:paraId="44C157CD" w14:textId="1FEF1629">
          <w:pPr>
            <w:pStyle w:val="TOC2"/>
            <w:tabs>
              <w:tab w:val="right" w:leader="dot" w:pos="9405"/>
            </w:tabs>
          </w:pPr>
          <w:r>
            <w:fldChar w:fldCharType="begin"/>
          </w:r>
          <w:r>
            <w:instrText xml:space="preserve">HYPERLINK  \l  "_Toc729627208" </w:instrText>
          </w:r>
          <w:r>
            <w:fldChar w:fldCharType="separate"/>
          </w:r>
          <w:r w:rsidR="3F556641">
            <w:rPr/>
            <w:t>Avantage fiscal</w:t>
          </w:r>
          <w:r>
            <w:tab/>
          </w:r>
          <w:r>
            <w:fldChar w:fldCharType="begin"/>
          </w:r>
          <w:r>
            <w:instrText xml:space="preserve">PAGEREF _Toc729627208 \h</w:instrText>
          </w:r>
          <w:r>
            <w:fldChar w:fldCharType="separate"/>
          </w:r>
          <w:r w:rsidR="3F556641">
            <w:rPr/>
            <w:t>10</w:t>
          </w:r>
          <w:r>
            <w:fldChar w:fldCharType="end"/>
          </w:r>
          <w:r>
            <w:fldChar w:fldCharType="end"/>
          </w:r>
        </w:p>
        <w:p w:rsidR="5F29C825" w:rsidP="3F556641" w:rsidRDefault="5F29C825" w14:paraId="0F662036" w14:textId="43AB7BBF">
          <w:pPr>
            <w:pStyle w:val="TOC2"/>
            <w:tabs>
              <w:tab w:val="right" w:leader="dot" w:pos="9405"/>
            </w:tabs>
          </w:pPr>
          <w:r>
            <w:fldChar w:fldCharType="begin"/>
          </w:r>
          <w:r>
            <w:instrText xml:space="preserve">HYPERLINK  \l  "_Toc55055967" </w:instrText>
          </w:r>
          <w:r>
            <w:fldChar w:fldCharType="separate"/>
          </w:r>
          <w:r w:rsidR="3F556641">
            <w:rPr/>
            <w:t>Une question ?</w:t>
          </w:r>
          <w:r>
            <w:tab/>
          </w:r>
          <w:r>
            <w:fldChar w:fldCharType="begin"/>
          </w:r>
          <w:r>
            <w:instrText xml:space="preserve">PAGEREF _Toc55055967 \h</w:instrText>
          </w:r>
          <w:r>
            <w:fldChar w:fldCharType="separate"/>
          </w:r>
          <w:r w:rsidR="3F556641">
            <w:rPr/>
            <w:t>11</w:t>
          </w:r>
          <w:r>
            <w:fldChar w:fldCharType="end"/>
          </w:r>
          <w:r>
            <w:fldChar w:fldCharType="end"/>
          </w:r>
        </w:p>
        <w:p w:rsidR="5F29C825" w:rsidP="5F29C825" w:rsidRDefault="5F29C825" w14:paraId="5DE58D60" w14:textId="56B1F14F">
          <w:pPr>
            <w:pStyle w:val="TOC1"/>
            <w:bidi w:val="0"/>
          </w:pPr>
          <w:r>
            <w:fldChar w:fldCharType="end"/>
          </w:r>
        </w:p>
      </w:sdtContent>
    </w:sdt>
    <w:p w:rsidRPr="0088791B" w:rsidR="0088791B" w:rsidP="5F29C825" w:rsidRDefault="00000000" w14:paraId="00489972" w14:textId="22F88400">
      <w:pPr>
        <w:pStyle w:val="Titre"/>
        <w:rPr>
          <w:sz w:val="72"/>
          <w:szCs w:val="72"/>
          <w:lang w:val="fr-FR"/>
        </w:rPr>
      </w:pPr>
    </w:p>
    <w:p w:rsidRPr="0088791B" w:rsidR="0088791B" w:rsidP="5F29C825" w:rsidRDefault="00000000" w14:paraId="5BED7C89" w14:textId="6A1932E4">
      <w:pPr/>
      <w:r>
        <w:br w:type="page"/>
      </w:r>
    </w:p>
    <w:p w:rsidRPr="0088791B" w:rsidR="0088791B" w:rsidP="3F556641" w:rsidRDefault="00000000" w14:paraId="237D33FA" w14:textId="711A60D6">
      <w:pPr>
        <w:pStyle w:val="Titre1"/>
        <w:rPr>
          <w:color w:val="365F91" w:themeColor="accent1" w:themeTint="FF" w:themeShade="BF"/>
          <w:lang w:val="fr-FR"/>
        </w:rPr>
      </w:pPr>
      <w:bookmarkStart w:name="_Toc2064009305" w:id="1886347765"/>
      <w:r w:rsidRPr="3F556641" w:rsidR="00000000">
        <w:rPr>
          <w:lang w:val="fr-FR"/>
        </w:rPr>
        <w:t>Suivez le guide</w:t>
      </w:r>
      <w:bookmarkEnd w:id="1886347765"/>
      <w:r w:rsidRPr="3F556641" w:rsidR="00000000">
        <w:rPr>
          <w:lang w:val="fr-FR"/>
        </w:rPr>
        <w:t xml:space="preserve"> </w:t>
      </w:r>
    </w:p>
    <w:p w:rsidRPr="0088791B" w:rsidR="00BB6E4B" w:rsidP="5F29C825" w:rsidRDefault="0088791B" w14:paraId="7336F61E" w14:textId="58DA8450">
      <w:pPr>
        <w:pStyle w:val="Normal"/>
        <w:rPr>
          <w:lang w:val="fr-FR"/>
        </w:rPr>
      </w:pPr>
      <w:r w:rsidRPr="5F29C825" w:rsidR="0088791B">
        <w:rPr>
          <w:lang w:val="fr-FR"/>
        </w:rPr>
        <w:t>LE MAG DE L’ÉCOLE DE CHIENS GUIDES DE PARIS</w:t>
      </w:r>
    </w:p>
    <w:p w:rsidR="0088791B" w:rsidP="5F29C825" w:rsidRDefault="00000000" w14:paraId="3FA9641E" w14:textId="77777777">
      <w:pPr>
        <w:pStyle w:val="Normal"/>
        <w:rPr>
          <w:lang w:val="fr-FR"/>
        </w:rPr>
      </w:pPr>
      <w:r w:rsidRPr="5F29C825">
        <w:rPr>
          <w:lang w:val="fr-FR"/>
        </w:rPr>
        <w:t>N° 5</w:t>
      </w:r>
    </w:p>
    <w:p w:rsidRPr="00772348" w:rsidR="00BB6E4B" w:rsidP="5F29C825" w:rsidRDefault="00000000" w14:paraId="1E8CC20E" w14:textId="6D35AFE2">
      <w:pPr>
        <w:pStyle w:val="Normal"/>
        <w:rPr>
          <w:lang w:val="fr-FR"/>
        </w:rPr>
      </w:pPr>
      <w:r w:rsidRPr="5F29C825">
        <w:rPr>
          <w:lang w:val="fr-FR"/>
        </w:rPr>
        <w:t>Septembre 2026</w:t>
      </w:r>
    </w:p>
    <w:p w:rsidR="0088791B" w:rsidP="5F29C825" w:rsidRDefault="0088791B" w14:paraId="09A2105B" w14:textId="35F65DD0">
      <w:pPr>
        <w:pStyle w:val="Normal"/>
        <w:rPr>
          <w:lang w:val="fr-FR"/>
        </w:rPr>
      </w:pPr>
      <w:r w:rsidRPr="5F29C825" w:rsidR="0088791B">
        <w:rPr>
          <w:lang w:val="fr-FR"/>
        </w:rPr>
        <w:t>ISSN</w:t>
      </w:r>
      <w:r w:rsidRPr="5F29C825" w:rsidR="0088791B">
        <w:rPr>
          <w:lang w:val="fr-FR"/>
        </w:rPr>
        <w:t xml:space="preserve"> </w:t>
      </w:r>
      <w:r w:rsidRPr="5F29C825" w:rsidR="0088791B">
        <w:rPr>
          <w:lang w:val="fr-FR"/>
        </w:rPr>
        <w:t>3076-7121</w:t>
      </w:r>
    </w:p>
    <w:p w:rsidR="0088791B" w:rsidP="5F29C825" w:rsidRDefault="0088791B" w14:paraId="05902466" w14:textId="77777777">
      <w:pPr>
        <w:pStyle w:val="Normal"/>
        <w:rPr>
          <w:lang w:val="fr-FR"/>
        </w:rPr>
      </w:pPr>
    </w:p>
    <w:p w:rsidRPr="00772348" w:rsidR="00BB6E4B" w:rsidP="5F29C825" w:rsidRDefault="00000000" w14:paraId="27C7FDC2" w14:textId="295A3AD7">
      <w:pPr>
        <w:pStyle w:val="Normal"/>
        <w:rPr>
          <w:lang w:val="fr-FR"/>
        </w:rPr>
      </w:pPr>
      <w:r w:rsidRPr="5F29C825">
        <w:rPr>
          <w:lang w:val="fr-FR"/>
        </w:rPr>
        <w:t>Membre de Chiens Guides France</w:t>
      </w:r>
    </w:p>
    <w:p w:rsidRPr="00772348" w:rsidR="00035900" w:rsidP="5F29C825" w:rsidRDefault="00035900" w14:paraId="1595B79E" w14:textId="77777777">
      <w:pPr>
        <w:pStyle w:val="Normal"/>
        <w:rPr>
          <w:lang w:val="fr-FR"/>
        </w:rPr>
      </w:pPr>
    </w:p>
    <w:p w:rsidRPr="00772348" w:rsidR="00035900" w:rsidP="5F29C825" w:rsidRDefault="00035900" w14:paraId="6221A87A" w14:textId="77777777">
      <w:pPr>
        <w:pStyle w:val="Normal"/>
        <w:rPr>
          <w:lang w:val="fr-FR"/>
        </w:rPr>
      </w:pPr>
    </w:p>
    <w:p w:rsidR="00E46A4E" w:rsidP="5F29C825" w:rsidRDefault="00E46A4E" w14:paraId="00D51FEA" w14:textId="77777777">
      <w:pPr>
        <w:pStyle w:val="Normal"/>
        <w:rPr>
          <w:lang w:val="fr-FR"/>
        </w:rPr>
      </w:pPr>
      <w:r w:rsidRPr="5F29C825">
        <w:rPr>
          <w:lang w:val="fr-FR"/>
        </w:rPr>
        <w:br w:type="page"/>
      </w:r>
    </w:p>
    <w:p w:rsidRPr="00E46A4E" w:rsidR="00BB6E4B" w:rsidP="3F556641" w:rsidRDefault="00000000" w14:paraId="3E5ECE59" w14:textId="5A965866">
      <w:pPr>
        <w:pStyle w:val="Titre2"/>
        <w:rPr>
          <w:lang w:val="fr-FR"/>
        </w:rPr>
      </w:pPr>
      <w:bookmarkStart w:name="_Toc703118967" w:id="990201346"/>
      <w:r w:rsidRPr="3F556641" w:rsidR="00000000">
        <w:rPr>
          <w:lang w:val="fr-FR"/>
        </w:rPr>
        <w:t>É</w:t>
      </w:r>
      <w:r w:rsidRPr="3F556641" w:rsidR="62110E23">
        <w:rPr>
          <w:lang w:val="fr-FR"/>
        </w:rPr>
        <w:t>dito</w:t>
      </w:r>
      <w:bookmarkEnd w:id="990201346"/>
    </w:p>
    <w:p w:rsidRPr="00772348" w:rsidR="00BB6E4B" w:rsidP="5F29C825" w:rsidRDefault="00000000" w14:paraId="561F0220" w14:textId="77777777">
      <w:pPr>
        <w:pStyle w:val="Normal"/>
        <w:rPr>
          <w:lang w:val="fr-FR"/>
        </w:rPr>
      </w:pPr>
      <w:r w:rsidRPr="5F29C825">
        <w:rPr>
          <w:lang w:val="fr-FR"/>
        </w:rPr>
        <w:t>Chères Amies, Chers Amis,</w:t>
      </w:r>
    </w:p>
    <w:p w:rsidRPr="00772348" w:rsidR="00BB6E4B" w:rsidP="5F29C825" w:rsidRDefault="00000000" w14:paraId="7EA15EA3" w14:textId="77777777">
      <w:pPr>
        <w:pStyle w:val="Normal"/>
        <w:rPr>
          <w:lang w:val="fr-FR"/>
        </w:rPr>
      </w:pPr>
      <w:r w:rsidRPr="5F29C825">
        <w:rPr>
          <w:lang w:val="fr-FR"/>
        </w:rPr>
        <w:t>Chaque rentrée est l’occasion de mesurer le chemin parcouru et de regarder l’avenir avec espoir. L’année écoulée a une nouvelle fois été marquée par de belles réussites, rendues possibles grâce à l’engagement de nos équipes, de nos bénévoles, de nos familles d’accueil et à votre fidèle soutien.</w:t>
      </w:r>
    </w:p>
    <w:p w:rsidRPr="00772348" w:rsidR="00BB6E4B" w:rsidP="5F29C825" w:rsidRDefault="00000000" w14:paraId="0FB88B54" w14:textId="77777777">
      <w:pPr>
        <w:pStyle w:val="Normal"/>
        <w:rPr>
          <w:lang w:val="fr-FR"/>
        </w:rPr>
      </w:pPr>
      <w:r w:rsidRPr="5F29C825">
        <w:rPr>
          <w:lang w:val="fr-FR"/>
        </w:rPr>
        <w:t xml:space="preserve">Septembre est aussi le temps des rencontres. Notre Journée Portes Ouvertes est </w:t>
      </w:r>
      <w:r w:rsidRPr="5F29C825">
        <w:rPr>
          <w:lang w:val="fr-FR"/>
        </w:rPr>
        <w:t>devenue</w:t>
      </w:r>
      <w:r w:rsidRPr="5F29C825">
        <w:rPr>
          <w:lang w:val="fr-FR"/>
        </w:rPr>
        <w:t xml:space="preserve"> au fil des ans un rendez-vous attendu par un public toujours plus nombreux. Son succès grandissant témoigne de l’intérêt et de l’attachement que suscite notre mission. Chaque édition nous offre l’occasion de faire découvrir les coulisses de l’École, de partager des témoignages inspirants, de présenter le parcours de nos chiens guides et de mettre en lumière l’engagement de tous ceux qui contribuent à leur réussite. C’est un moment privilégié de convivialité, d’échanges et d’émotions que nous sommes heureux de vivre avec vous.</w:t>
      </w:r>
    </w:p>
    <w:p w:rsidRPr="00772348" w:rsidR="00BB6E4B" w:rsidP="5F29C825" w:rsidRDefault="00000000" w14:paraId="35C5CF96" w14:textId="77777777">
      <w:pPr>
        <w:pStyle w:val="Normal"/>
        <w:rPr>
          <w:lang w:val="fr-FR"/>
        </w:rPr>
      </w:pPr>
      <w:r w:rsidRPr="5F29C825">
        <w:rPr>
          <w:lang w:val="fr-FR"/>
        </w:rPr>
        <w:t>Nous espérons vous accueillir nombreux pour cette nouvelle édition le 27 septembre prochain.</w:t>
      </w:r>
    </w:p>
    <w:p w:rsidRPr="00772348" w:rsidR="00BB6E4B" w:rsidP="5F29C825" w:rsidRDefault="00000000" w14:paraId="00B97E92" w14:textId="77777777">
      <w:pPr>
        <w:pStyle w:val="Normal"/>
        <w:rPr>
          <w:lang w:val="fr-FR"/>
        </w:rPr>
      </w:pPr>
      <w:r w:rsidRPr="5F29C825">
        <w:rPr>
          <w:lang w:val="fr-FR"/>
        </w:rPr>
        <w:t>Portés par cet élan collectif, nous abordons les mois à venir avec enthousiasme mais avec crainte aussi. Nous sommes tous touchés par les crises et nous savons combien il est difficile à nos précieux donateurs de continuer à nous soutenir. Mais les besoins restent importants, notre ambition demeure, et notre confiance en vous reste intacte.</w:t>
      </w:r>
    </w:p>
    <w:p w:rsidRPr="00772348" w:rsidR="00BB6E4B" w:rsidP="5F29C825" w:rsidRDefault="00000000" w14:paraId="673948AE" w14:textId="77777777">
      <w:pPr>
        <w:pStyle w:val="Normal"/>
        <w:rPr>
          <w:lang w:val="fr-FR"/>
        </w:rPr>
      </w:pPr>
      <w:r w:rsidRPr="5F29C825">
        <w:rPr>
          <w:lang w:val="fr-FR"/>
        </w:rPr>
        <w:t>Merci de continuer à faire vivre cette belle chaîne de solidarité à nos côtés.</w:t>
      </w:r>
    </w:p>
    <w:p w:rsidRPr="00772348" w:rsidR="00BB6E4B" w:rsidP="5F29C825" w:rsidRDefault="00000000" w14:paraId="1BA62A69" w14:textId="77777777">
      <w:pPr>
        <w:pStyle w:val="Normal"/>
        <w:rPr>
          <w:lang w:val="fr-FR"/>
        </w:rPr>
      </w:pPr>
      <w:r w:rsidRPr="5F29C825">
        <w:rPr>
          <w:lang w:val="fr-FR"/>
        </w:rPr>
        <w:t>Frédérique Beaurain</w:t>
      </w:r>
      <w:r>
        <w:br/>
      </w:r>
      <w:r w:rsidRPr="5F29C825">
        <w:rPr>
          <w:lang w:val="fr-FR"/>
        </w:rPr>
        <w:t>Présidente de l’École de Chiens Guides de Paris.</w:t>
      </w:r>
    </w:p>
    <w:p w:rsidRPr="00772348" w:rsidR="00035900" w:rsidP="5F29C825" w:rsidRDefault="00035900" w14:paraId="278A6030" w14:textId="77777777">
      <w:pPr>
        <w:pStyle w:val="Normal"/>
        <w:rPr>
          <w:lang w:val="fr-FR"/>
        </w:rPr>
      </w:pPr>
    </w:p>
    <w:p w:rsidRPr="00E46A4E" w:rsidR="00BB6E4B" w:rsidP="5F29C825" w:rsidRDefault="00000000" w14:paraId="50B5AC00" w14:textId="28441373">
      <w:pPr>
        <w:pStyle w:val="Titre2"/>
        <w:rPr>
          <w:lang w:val="fr-FR"/>
        </w:rPr>
      </w:pPr>
      <w:bookmarkStart w:name="_Toc1334955715" w:id="329164361"/>
      <w:r w:rsidRPr="3F556641" w:rsidR="00000000">
        <w:rPr>
          <w:lang w:val="fr-FR"/>
        </w:rPr>
        <w:t>N</w:t>
      </w:r>
      <w:r w:rsidRPr="3F556641" w:rsidR="34F93585">
        <w:rPr>
          <w:lang w:val="fr-FR"/>
        </w:rPr>
        <w:t>os Actus</w:t>
      </w:r>
      <w:bookmarkEnd w:id="329164361"/>
    </w:p>
    <w:p w:rsidRPr="00772348" w:rsidR="00BB6E4B" w:rsidP="5F29C825" w:rsidRDefault="00000000" w14:paraId="64945C22" w14:textId="77777777">
      <w:pPr>
        <w:pStyle w:val="Titre3"/>
        <w:rPr>
          <w:lang w:val="fr-FR"/>
        </w:rPr>
      </w:pPr>
      <w:bookmarkStart w:name="_Toc564742104" w:id="835987291"/>
      <w:r w:rsidRPr="3F556641" w:rsidR="00000000">
        <w:rPr>
          <w:lang w:val="fr-FR"/>
        </w:rPr>
        <w:t>Notre Journée Portes Ouvertes</w:t>
      </w:r>
      <w:bookmarkEnd w:id="835987291"/>
    </w:p>
    <w:p w:rsidRPr="00772348" w:rsidR="00BB6E4B" w:rsidP="5F29C825" w:rsidRDefault="00000000" w14:paraId="2A9F5FEA" w14:textId="77777777">
      <w:pPr>
        <w:pStyle w:val="Normal"/>
        <w:rPr>
          <w:lang w:val="fr-FR"/>
        </w:rPr>
      </w:pPr>
      <w:r w:rsidRPr="5F29C825">
        <w:rPr>
          <w:lang w:val="fr-FR"/>
        </w:rPr>
        <w:t>Normalement, vous connaissez déjà le rendez-vous : le dernier dimanche de septembre, notre association ouvre les portes de son site parisien ! Cette année, notez-le dans vos agendas, ce sera le dimanche 27 septembre de 10h à 18h.</w:t>
      </w:r>
    </w:p>
    <w:p w:rsidR="00673E40" w:rsidP="5F29C825" w:rsidRDefault="00673E40" w14:paraId="14FB8450" w14:textId="77777777">
      <w:pPr>
        <w:pStyle w:val="Normal"/>
        <w:rPr>
          <w:lang w:val="fr-FR"/>
        </w:rPr>
      </w:pPr>
    </w:p>
    <w:p w:rsidRPr="00772348" w:rsidR="00BB6E4B" w:rsidP="5F29C825" w:rsidRDefault="00000000" w14:paraId="3F2F6C80" w14:textId="2E448052">
      <w:pPr>
        <w:pStyle w:val="Titre3"/>
        <w:rPr>
          <w:lang w:val="fr-FR"/>
        </w:rPr>
      </w:pPr>
      <w:bookmarkStart w:name="_Toc417112973" w:id="865291594"/>
      <w:r w:rsidRPr="3F556641" w:rsidR="00000000">
        <w:rPr>
          <w:lang w:val="fr-FR"/>
        </w:rPr>
        <w:t>Au programme</w:t>
      </w:r>
      <w:bookmarkEnd w:id="865291594"/>
    </w:p>
    <w:p w:rsidRPr="00772348" w:rsidR="00BB6E4B" w:rsidP="5F29C825" w:rsidRDefault="00000000" w14:paraId="671E8F38" w14:textId="3FCA8027">
      <w:pPr>
        <w:pStyle w:val="Normal"/>
        <w:rPr>
          <w:lang w:val="fr-FR"/>
        </w:rPr>
      </w:pPr>
      <w:r w:rsidRPr="5F29C825">
        <w:rPr>
          <w:lang w:val="fr-FR"/>
        </w:rPr>
        <w:t xml:space="preserve">Démonstrations de chiens guides, conférences et témoignages, ateliers de sensibilisation à la déficience visuelle, stands pour découvrir nos missions, </w:t>
      </w:r>
      <w:r w:rsidRPr="5F29C825">
        <w:rPr>
          <w:lang w:val="fr-FR"/>
        </w:rPr>
        <w:t>food</w:t>
      </w:r>
      <w:r w:rsidRPr="5F29C825">
        <w:rPr>
          <w:lang w:val="fr-FR"/>
        </w:rPr>
        <w:t xml:space="preserve"> trucks sur place… et bien sûr des chiots ! À admirer uniquement, vous l’aurez compris. Ce sera aussi l’occasion de découvrir les différentes façons de soutenir l’association : bénévolat, dons, boutique solidaire, tombola, brocante…</w:t>
      </w:r>
      <w:r w:rsidRPr="5F29C825" w:rsidR="00E46A4E">
        <w:rPr>
          <w:lang w:val="fr-FR"/>
        </w:rPr>
        <w:t xml:space="preserve"> </w:t>
      </w:r>
      <w:r w:rsidRPr="5F29C825">
        <w:rPr>
          <w:lang w:val="fr-FR"/>
        </w:rPr>
        <w:t>L’événement est gratuit, sur inscription dès maintenant sur notre site internet, et toujours riche en rencontres.</w:t>
      </w:r>
    </w:p>
    <w:p w:rsidRPr="00772348" w:rsidR="00BB6E4B" w:rsidP="5F29C825" w:rsidRDefault="00000000" w14:paraId="53902737" w14:textId="782DFE1F">
      <w:pPr>
        <w:pStyle w:val="Normal"/>
        <w:rPr>
          <w:lang w:val="fr-FR"/>
        </w:rPr>
      </w:pPr>
      <w:r w:rsidRPr="5F29C825">
        <w:rPr>
          <w:lang w:val="fr-FR"/>
        </w:rPr>
        <w:t>Inscrivez-vous gratuitement dès maintenant !</w:t>
      </w:r>
    </w:p>
    <w:p w:rsidR="00E46A4E" w:rsidP="5F29C825" w:rsidRDefault="00E46A4E" w14:paraId="445CAFA6" w14:textId="6AED964B">
      <w:pPr>
        <w:pStyle w:val="Normal"/>
        <w:rPr>
          <w:lang w:val="fr-FR"/>
        </w:rPr>
      </w:pPr>
    </w:p>
    <w:p w:rsidRPr="00772348" w:rsidR="00BB6E4B" w:rsidP="5F29C825" w:rsidRDefault="00000000" w14:paraId="7076C989" w14:textId="7B77F771">
      <w:pPr>
        <w:pStyle w:val="Titre2"/>
        <w:rPr>
          <w:lang w:val="fr-FR"/>
        </w:rPr>
      </w:pPr>
      <w:bookmarkStart w:name="_Toc1559821374" w:id="2052633841"/>
      <w:r w:rsidRPr="3F556641" w:rsidR="00000000">
        <w:rPr>
          <w:lang w:val="fr-FR"/>
        </w:rPr>
        <w:t>Bienvenue à nos premières portées de 2026 !</w:t>
      </w:r>
      <w:bookmarkEnd w:id="2052633841"/>
    </w:p>
    <w:p w:rsidRPr="00772348" w:rsidR="00BB6E4B" w:rsidP="5F29C825" w:rsidRDefault="00000000" w14:paraId="181E6F14" w14:textId="77777777">
      <w:pPr>
        <w:pStyle w:val="Normal"/>
        <w:rPr>
          <w:lang w:val="fr-FR"/>
        </w:rPr>
      </w:pPr>
      <w:r w:rsidRPr="5F29C825">
        <w:rPr>
          <w:lang w:val="fr-FR"/>
        </w:rPr>
        <w:t>Découvrez nos cinq premières portées de l’année ! 43 nouvelles petites truffes à admirer, avant leurs premiers pas vers la grande aventure de chien guide.</w:t>
      </w:r>
    </w:p>
    <w:p w:rsidRPr="00772348" w:rsidR="00772348" w:rsidP="5F29C825" w:rsidRDefault="00772348" w14:paraId="44A33184" w14:textId="77777777">
      <w:pPr>
        <w:pStyle w:val="Normal"/>
        <w:rPr>
          <w:lang w:val="fr-FR"/>
        </w:rPr>
      </w:pPr>
    </w:p>
    <w:p w:rsidRPr="00772348" w:rsidR="00BB6E4B" w:rsidP="5F29C825" w:rsidRDefault="00000000" w14:paraId="629811BA" w14:textId="77604E27">
      <w:pPr>
        <w:pStyle w:val="Titre3"/>
        <w:rPr>
          <w:lang w:val="fr-FR"/>
        </w:rPr>
      </w:pPr>
      <w:bookmarkStart w:name="_Toc2091816972" w:id="198509455"/>
      <w:r w:rsidRPr="3F556641" w:rsidR="00000000">
        <w:rPr>
          <w:lang w:val="fr-FR"/>
        </w:rPr>
        <w:t>Umy</w:t>
      </w:r>
      <w:r w:rsidRPr="3F556641" w:rsidR="00000000">
        <w:rPr>
          <w:lang w:val="fr-FR"/>
        </w:rPr>
        <w:t xml:space="preserve"> et Thaï</w:t>
      </w:r>
      <w:bookmarkEnd w:id="198509455"/>
    </w:p>
    <w:p w:rsidRPr="00772348" w:rsidR="00BB6E4B" w:rsidP="5F29C825" w:rsidRDefault="00000000" w14:paraId="7EED0700" w14:textId="77777777">
      <w:pPr>
        <w:pStyle w:val="Normal"/>
        <w:rPr>
          <w:lang w:val="fr-FR"/>
        </w:rPr>
      </w:pPr>
      <w:r w:rsidRPr="5F29C825">
        <w:rPr>
          <w:lang w:val="fr-FR"/>
        </w:rPr>
        <w:t xml:space="preserve">Première portée pour </w:t>
      </w:r>
      <w:r w:rsidRPr="5F29C825">
        <w:rPr>
          <w:lang w:val="fr-FR"/>
        </w:rPr>
        <w:t>Umy</w:t>
      </w:r>
      <w:r w:rsidRPr="5F29C825">
        <w:rPr>
          <w:lang w:val="fr-FR"/>
        </w:rPr>
        <w:t xml:space="preserve"> : bienvenue à Belle, Brazil, Bounty, Bugatti, Boubie, Berlioz, Bentley, Berline et Brio.</w:t>
      </w:r>
    </w:p>
    <w:p w:rsidR="00E46A4E" w:rsidP="5F29C825" w:rsidRDefault="00E46A4E" w14:paraId="400B4FF1" w14:textId="77777777">
      <w:pPr>
        <w:pStyle w:val="Normal"/>
        <w:rPr>
          <w:lang w:val="fr-FR"/>
        </w:rPr>
      </w:pPr>
    </w:p>
    <w:p w:rsidRPr="00772348" w:rsidR="00BB6E4B" w:rsidP="5F29C825" w:rsidRDefault="00000000" w14:paraId="6632838F" w14:textId="3FF54956">
      <w:pPr>
        <w:pStyle w:val="Titre3"/>
        <w:rPr>
          <w:lang w:val="fr-FR"/>
        </w:rPr>
      </w:pPr>
      <w:bookmarkStart w:name="_Toc287265634" w:id="998912350"/>
      <w:r w:rsidRPr="3F556641" w:rsidR="00000000">
        <w:rPr>
          <w:lang w:val="fr-FR"/>
        </w:rPr>
        <w:t>Shanelle et Umbo</w:t>
      </w:r>
      <w:bookmarkEnd w:id="998912350"/>
    </w:p>
    <w:p w:rsidRPr="00772348" w:rsidR="00BB6E4B" w:rsidP="5F29C825" w:rsidRDefault="00000000" w14:paraId="3AEDE8D4" w14:textId="77777777">
      <w:pPr>
        <w:pStyle w:val="Normal"/>
      </w:pPr>
      <w:r w:rsidRPr="5F29C825">
        <w:rPr>
          <w:lang w:val="fr-FR"/>
        </w:rPr>
        <w:t xml:space="preserve">10 magnifiques petits parrainés par nos donateurs : Brooklyn, Boogie, Bali, Balzac, Bethov, Blue, Bach, Beliz, </w:t>
      </w:r>
      <w:r w:rsidRPr="5F29C825">
        <w:rPr>
          <w:lang w:val="fr-FR"/>
        </w:rPr>
        <w:t>Baltik</w:t>
      </w:r>
      <w:r w:rsidRPr="5F29C825">
        <w:rPr>
          <w:lang w:val="fr-FR"/>
        </w:rPr>
        <w:t xml:space="preserve"> et Boston.</w:t>
      </w:r>
    </w:p>
    <w:p w:rsidR="5F29C825" w:rsidP="5F29C825" w:rsidRDefault="5F29C825" w14:paraId="3B505645" w14:textId="6309E9F3">
      <w:pPr>
        <w:pStyle w:val="Normal"/>
        <w:rPr>
          <w:lang w:val="fr-FR"/>
        </w:rPr>
      </w:pPr>
    </w:p>
    <w:p xmlns:wp14="http://schemas.microsoft.com/office/word/2010/wordml" w:rsidR="58DB193B" w:rsidP="5F29C825" w:rsidRDefault="58DB193B" w14:paraId="09DEF58E" wp14:textId="77777777">
      <w:pPr>
        <w:pStyle w:val="Normal"/>
        <w:rPr>
          <w:lang w:val="fr-FR"/>
        </w:rPr>
      </w:pPr>
      <w:r w:rsidRPr="5F29C825" w:rsidR="58DB193B">
        <w:rPr>
          <w:lang w:val="fr-FR"/>
        </w:rPr>
        <w:t>Cette portée fait partie de notre offre de parrainage !</w:t>
      </w:r>
    </w:p>
    <w:p w:rsidR="58DB193B" w:rsidP="5F29C825" w:rsidRDefault="58DB193B" w14:paraId="4864A40A" w14:textId="1221E9F6">
      <w:pPr>
        <w:pStyle w:val="Normal"/>
        <w:rPr>
          <w:lang w:val="fr-FR"/>
        </w:rPr>
      </w:pPr>
      <w:r w:rsidRPr="5F29C825" w:rsidR="58DB193B">
        <w:rPr>
          <w:lang w:val="fr-FR"/>
        </w:rPr>
        <w:t>À partir de 15 € par mois, recevez régulièrement des nouvelles des chiots et participez concrètement à leur éveil et leurs premiers apprentissages dans les meilleures conditions. Quelle que soit la formule choisie, vous avez la possibilité de proposer un nom à donner à un chiot né dans l’année. Dès 20 € par mois, profitez aussi d’une visite de l’élevage.</w:t>
      </w:r>
    </w:p>
    <w:p w:rsidR="00E46A4E" w:rsidP="5F29C825" w:rsidRDefault="00E46A4E" w14:paraId="56027622" w14:textId="77777777">
      <w:pPr>
        <w:pStyle w:val="Normal"/>
        <w:rPr>
          <w:lang w:val="fr-FR"/>
        </w:rPr>
      </w:pPr>
    </w:p>
    <w:p w:rsidRPr="00772348" w:rsidR="00BB6E4B" w:rsidP="5F29C825" w:rsidRDefault="00000000" w14:paraId="5409EBB9" w14:textId="0D06B961">
      <w:pPr>
        <w:pStyle w:val="Titre3"/>
        <w:rPr>
          <w:lang w:val="fr-FR"/>
        </w:rPr>
      </w:pPr>
      <w:bookmarkStart w:name="_Toc22335223" w:id="376540997"/>
      <w:r w:rsidRPr="3F556641" w:rsidR="00000000">
        <w:rPr>
          <w:lang w:val="fr-FR"/>
        </w:rPr>
        <w:t>Samba et Spritz</w:t>
      </w:r>
      <w:bookmarkEnd w:id="376540997"/>
    </w:p>
    <w:p w:rsidRPr="00772348" w:rsidR="00BB6E4B" w:rsidP="5F29C825" w:rsidRDefault="00000000" w14:paraId="1BA508D4" w14:textId="77777777">
      <w:pPr>
        <w:pStyle w:val="Normal"/>
        <w:rPr>
          <w:lang w:val="fr-FR"/>
        </w:rPr>
      </w:pPr>
      <w:r w:rsidRPr="5F29C825">
        <w:rPr>
          <w:lang w:val="fr-FR"/>
        </w:rPr>
        <w:t xml:space="preserve">Samba a donné naissance à 10 chiots : Booba, Bims, </w:t>
      </w:r>
      <w:r w:rsidRPr="5F29C825">
        <w:rPr>
          <w:lang w:val="fr-FR"/>
        </w:rPr>
        <w:t>Biska</w:t>
      </w:r>
      <w:r w:rsidRPr="5F29C825">
        <w:rPr>
          <w:lang w:val="fr-FR"/>
        </w:rPr>
        <w:t xml:space="preserve">, </w:t>
      </w:r>
      <w:r w:rsidRPr="5F29C825">
        <w:rPr>
          <w:lang w:val="fr-FR"/>
        </w:rPr>
        <w:t>Bamso</w:t>
      </w:r>
      <w:r w:rsidRPr="5F29C825">
        <w:rPr>
          <w:lang w:val="fr-FR"/>
        </w:rPr>
        <w:t xml:space="preserve">, </w:t>
      </w:r>
      <w:r w:rsidRPr="5F29C825">
        <w:rPr>
          <w:lang w:val="fr-FR"/>
        </w:rPr>
        <w:t>Brinta</w:t>
      </w:r>
      <w:r w:rsidRPr="5F29C825">
        <w:rPr>
          <w:lang w:val="fr-FR"/>
        </w:rPr>
        <w:t xml:space="preserve">, Baylor, Billie, Baya, </w:t>
      </w:r>
      <w:r w:rsidRPr="5F29C825">
        <w:rPr>
          <w:lang w:val="fr-FR"/>
        </w:rPr>
        <w:t>Biams</w:t>
      </w:r>
      <w:r w:rsidRPr="5F29C825">
        <w:rPr>
          <w:lang w:val="fr-FR"/>
        </w:rPr>
        <w:t xml:space="preserve"> et Bloom.</w:t>
      </w:r>
    </w:p>
    <w:p w:rsidR="00E46A4E" w:rsidP="5F29C825" w:rsidRDefault="00E46A4E" w14:paraId="0077581C" w14:textId="77777777">
      <w:pPr>
        <w:pStyle w:val="Normal"/>
        <w:rPr>
          <w:lang w:val="fr-FR"/>
        </w:rPr>
      </w:pPr>
    </w:p>
    <w:p w:rsidRPr="00772348" w:rsidR="00BB6E4B" w:rsidP="5F29C825" w:rsidRDefault="00000000" w14:paraId="255060B8" w14:textId="377AE386">
      <w:pPr>
        <w:pStyle w:val="Titre3"/>
        <w:rPr>
          <w:lang w:val="fr-FR"/>
        </w:rPr>
      </w:pPr>
      <w:bookmarkStart w:name="_Toc272835788" w:id="929073656"/>
      <w:r w:rsidRPr="3F556641" w:rsidR="00000000">
        <w:rPr>
          <w:lang w:val="fr-FR"/>
        </w:rPr>
        <w:t>Urley</w:t>
      </w:r>
      <w:r w:rsidRPr="3F556641" w:rsidR="00000000">
        <w:rPr>
          <w:lang w:val="fr-FR"/>
        </w:rPr>
        <w:t xml:space="preserve"> et Swing</w:t>
      </w:r>
      <w:bookmarkEnd w:id="929073656"/>
    </w:p>
    <w:p w:rsidRPr="00772348" w:rsidR="00BB6E4B" w:rsidP="5F29C825" w:rsidRDefault="00000000" w14:paraId="179B330F" w14:textId="77777777">
      <w:pPr>
        <w:pStyle w:val="Normal"/>
        <w:rPr>
          <w:lang w:val="fr-FR"/>
        </w:rPr>
      </w:pPr>
      <w:r w:rsidRPr="5F29C825">
        <w:rPr>
          <w:lang w:val="fr-FR"/>
        </w:rPr>
        <w:t>Naissance de 7 magnifiques chiots pour la première portée d’</w:t>
      </w:r>
      <w:r w:rsidRPr="5F29C825">
        <w:rPr>
          <w:lang w:val="fr-FR"/>
        </w:rPr>
        <w:t>Urley</w:t>
      </w:r>
      <w:r w:rsidRPr="5F29C825">
        <w:rPr>
          <w:lang w:val="fr-FR"/>
        </w:rPr>
        <w:t xml:space="preserve"> : bienvenue à Becky, Bolivie, Bruce, Brest, Bao, Bowie et Buddy.</w:t>
      </w:r>
    </w:p>
    <w:p w:rsidRPr="00772348" w:rsidR="00772348" w:rsidP="5F29C825" w:rsidRDefault="00772348" w14:paraId="7996E142" w14:textId="77777777">
      <w:pPr>
        <w:pStyle w:val="Normal"/>
        <w:rPr>
          <w:lang w:val="fr-FR"/>
        </w:rPr>
      </w:pPr>
    </w:p>
    <w:p w:rsidRPr="00772348" w:rsidR="00BB6E4B" w:rsidP="5F29C825" w:rsidRDefault="00000000" w14:paraId="3802937A" w14:textId="648FBEC8">
      <w:pPr>
        <w:pStyle w:val="Titre3"/>
        <w:rPr>
          <w:lang w:val="fr-FR"/>
        </w:rPr>
      </w:pPr>
      <w:bookmarkStart w:name="_Toc287698579" w:id="1580023341"/>
      <w:r w:rsidRPr="3F556641" w:rsidR="00000000">
        <w:rPr>
          <w:lang w:val="fr-FR"/>
        </w:rPr>
        <w:t>Sotchie</w:t>
      </w:r>
      <w:r w:rsidRPr="3F556641" w:rsidR="00000000">
        <w:rPr>
          <w:lang w:val="fr-FR"/>
        </w:rPr>
        <w:t xml:space="preserve"> et Kiri</w:t>
      </w:r>
      <w:bookmarkEnd w:id="1580023341"/>
    </w:p>
    <w:p w:rsidRPr="00772348" w:rsidR="00BB6E4B" w:rsidP="5F29C825" w:rsidRDefault="00000000" w14:paraId="55E07EAB" w14:textId="77777777">
      <w:pPr>
        <w:pStyle w:val="Normal"/>
        <w:rPr>
          <w:lang w:val="fr-FR"/>
        </w:rPr>
      </w:pPr>
      <w:r w:rsidRPr="5F29C825">
        <w:rPr>
          <w:lang w:val="fr-FR"/>
        </w:rPr>
        <w:t xml:space="preserve">7 chiots sont nés le 31 mai, pour la 2e portée de </w:t>
      </w:r>
      <w:r w:rsidRPr="5F29C825">
        <w:rPr>
          <w:lang w:val="fr-FR"/>
        </w:rPr>
        <w:t>Sotchie</w:t>
      </w:r>
      <w:r w:rsidRPr="5F29C825">
        <w:rPr>
          <w:lang w:val="fr-FR"/>
        </w:rPr>
        <w:t xml:space="preserve"> : Botchie, Bacchus, Bogota, Berlin, Basco, Brio et Baileys.</w:t>
      </w:r>
    </w:p>
    <w:p w:rsidRPr="00772348" w:rsidR="00772348" w:rsidP="5F29C825" w:rsidRDefault="00772348" w14:paraId="4A2870C9" w14:textId="77777777">
      <w:pPr>
        <w:pStyle w:val="Normal"/>
        <w:rPr>
          <w:lang w:val="fr-FR"/>
        </w:rPr>
      </w:pPr>
    </w:p>
    <w:p w:rsidR="00E46A4E" w:rsidP="5F29C825" w:rsidRDefault="00E46A4E" w14:paraId="42DAF0F5" w14:textId="158568E0">
      <w:pPr>
        <w:pStyle w:val="Normal"/>
        <w:rPr>
          <w:lang w:val="fr-FR"/>
        </w:rPr>
      </w:pPr>
      <w:r w:rsidRPr="5F29C825">
        <w:rPr>
          <w:lang w:val="fr-FR"/>
        </w:rPr>
        <w:br w:type="page"/>
      </w:r>
    </w:p>
    <w:p w:rsidRPr="00E46A4E" w:rsidR="00BB6E4B" w:rsidP="5F29C825" w:rsidRDefault="00000000" w14:paraId="4DE6750F" w14:textId="0CB55B53">
      <w:pPr>
        <w:pStyle w:val="Normal"/>
        <w:rPr>
          <w:lang w:val="fr-FR"/>
        </w:rPr>
      </w:pPr>
      <w:bookmarkStart w:name="_Toc69917723" w:id="2144710126"/>
      <w:r w:rsidRPr="3F556641" w:rsidR="00000000">
        <w:rPr>
          <w:rStyle w:val="Titre2Car"/>
          <w:lang w:val="fr-FR"/>
        </w:rPr>
        <w:t>2025</w:t>
      </w:r>
      <w:r w:rsidRPr="3F556641" w:rsidR="00000000">
        <w:rPr>
          <w:rStyle w:val="Titre2Car"/>
          <w:lang w:val="fr-FR"/>
        </w:rPr>
        <w:t>, de nouvelles avancées</w:t>
      </w:r>
      <w:bookmarkEnd w:id="2144710126"/>
      <w:r w:rsidRPr="3F556641" w:rsidR="00000000">
        <w:rPr>
          <w:lang w:val="fr-FR"/>
        </w:rPr>
        <w:t xml:space="preserve"> pour mener plus loin notre mission</w:t>
      </w:r>
    </w:p>
    <w:p w:rsidRPr="00772348" w:rsidR="00BB6E4B" w:rsidP="5F29C825" w:rsidRDefault="00000000" w14:paraId="1D25A7A1" w14:textId="77777777">
      <w:pPr>
        <w:pStyle w:val="Normal"/>
        <w:rPr>
          <w:lang w:val="fr-FR"/>
        </w:rPr>
      </w:pPr>
      <w:r w:rsidRPr="5F29C825">
        <w:rPr>
          <w:lang w:val="fr-FR"/>
        </w:rPr>
        <w:t>En 2025, notre association a franchi une nouvelle étape décisive de son développement.</w:t>
      </w:r>
    </w:p>
    <w:p w:rsidRPr="00772348" w:rsidR="00BB6E4B" w:rsidP="5F29C825" w:rsidRDefault="00000000" w14:paraId="489C8389" w14:textId="77777777">
      <w:pPr>
        <w:pStyle w:val="Normal"/>
        <w:rPr>
          <w:lang w:val="fr-FR"/>
        </w:rPr>
      </w:pPr>
      <w:r w:rsidRPr="5F29C825">
        <w:rPr>
          <w:lang w:val="fr-FR"/>
        </w:rPr>
        <w:t>Après 4 années consacrées à moderniser nos pratiques et nos outils, nous avons élaboré notre projet associatif et engagé une refonte complète de notre identité visuelle. Ce travail, mûrement réfléchi, vise à renforcer notre image de marque, accroître notre notoriété et affirmer plus clairement notre positionnement sur le Bassin parisien.</w:t>
      </w:r>
    </w:p>
    <w:p w:rsidRPr="00772348" w:rsidR="00BB6E4B" w:rsidP="5F29C825" w:rsidRDefault="00000000" w14:paraId="376EF384" w14:textId="77777777">
      <w:pPr>
        <w:pStyle w:val="Normal"/>
        <w:rPr>
          <w:lang w:val="fr-FR"/>
        </w:rPr>
      </w:pPr>
      <w:r w:rsidRPr="5F29C825">
        <w:rPr>
          <w:lang w:val="fr-FR"/>
        </w:rPr>
        <w:t>Ainsi, début 2026, nous avons dévoilé un nouveau logo, symbole d’une identité à la fois moderne, cohérente et fidèle à nos valeurs : Éthique, Professionnalisme, Écoute &amp; Accompagnement et Synergie au service des personnes aveugles ou malvoyantes.</w:t>
      </w:r>
    </w:p>
    <w:p w:rsidRPr="00772348" w:rsidR="00BB6E4B" w:rsidP="5F29C825" w:rsidRDefault="00000000" w14:paraId="3680D324" w14:textId="77777777">
      <w:pPr>
        <w:pStyle w:val="Normal"/>
        <w:rPr>
          <w:lang w:val="fr-FR"/>
        </w:rPr>
      </w:pPr>
      <w:r w:rsidRPr="5F29C825">
        <w:rPr>
          <w:lang w:val="fr-FR"/>
        </w:rPr>
        <w:t>L’année 2025 a également été marquée par la remise de 31 chiens guides, un chiffre stable par rapport à 2024, qui témoigne de la constance et de l’engagement de nos équipes.</w:t>
      </w:r>
    </w:p>
    <w:p w:rsidRPr="00772348" w:rsidR="00BB6E4B" w:rsidP="5F29C825" w:rsidRDefault="00000000" w14:paraId="0730CACC" w14:textId="77777777">
      <w:pPr>
        <w:pStyle w:val="Normal"/>
        <w:rPr>
          <w:lang w:val="fr-FR"/>
        </w:rPr>
      </w:pPr>
      <w:r w:rsidRPr="5F29C825">
        <w:rPr>
          <w:lang w:val="fr-FR"/>
        </w:rPr>
        <w:t>En notre qualité de membre, nous avons eu l’honneur de participer au Congrès de l’IGDF à Warwick, aux côtés de la délégation française, renforçant ainsi notre présence au sein du réseau international des écoles de chiens guides.</w:t>
      </w:r>
    </w:p>
    <w:p w:rsidRPr="00772348" w:rsidR="00BB6E4B" w:rsidP="5F29C825" w:rsidRDefault="00000000" w14:paraId="75E0A8DB" w14:textId="77777777">
      <w:pPr>
        <w:pStyle w:val="Normal"/>
        <w:rPr>
          <w:lang w:val="fr-FR"/>
        </w:rPr>
      </w:pPr>
      <w:r w:rsidRPr="5F29C825">
        <w:rPr>
          <w:lang w:val="fr-FR"/>
        </w:rPr>
        <w:t>En 2026, nous poursuivrons cette dynamique : déploiement de notre nouvelle identité visuelle, intensification de nos actions institutionnelles et poursuite de notre mission d’accompagnement avec la même exigence.</w:t>
      </w:r>
    </w:p>
    <w:p w:rsidRPr="00772348" w:rsidR="00BB6E4B" w:rsidP="5F29C825" w:rsidRDefault="00000000" w14:paraId="46BAD4F7" w14:textId="77777777">
      <w:pPr>
        <w:pStyle w:val="Normal"/>
        <w:rPr>
          <w:lang w:val="fr-FR"/>
        </w:rPr>
      </w:pPr>
      <w:r w:rsidRPr="5F29C825">
        <w:rPr>
          <w:lang w:val="fr-FR"/>
        </w:rPr>
        <w:t>Nous adressons nos remerciements les plus sincères à la FFAC pour son soutien indéfectible, ainsi qu’à la Ville de Paris et à la CRAMIF pour leur confiance renouvelée.</w:t>
      </w:r>
    </w:p>
    <w:p w:rsidRPr="00772348" w:rsidR="00BB6E4B" w:rsidP="5F29C825" w:rsidRDefault="00000000" w14:paraId="0888E7DE" w14:textId="77777777">
      <w:pPr>
        <w:pStyle w:val="Normal"/>
        <w:rPr>
          <w:lang w:val="fr-FR"/>
        </w:rPr>
      </w:pPr>
      <w:r w:rsidRPr="5F29C825">
        <w:rPr>
          <w:lang w:val="fr-FR"/>
        </w:rPr>
        <w:t>Chers bénévoles, salariés, bienfaiteurs, donateurs, partenaires, mécènes et amis, rien de tout cela ne serait possible sans vous.</w:t>
      </w:r>
    </w:p>
    <w:p w:rsidRPr="00772348" w:rsidR="00BB6E4B" w:rsidP="5F29C825" w:rsidRDefault="00000000" w14:paraId="0733E4DA" w14:textId="77777777">
      <w:pPr>
        <w:pStyle w:val="Normal"/>
        <w:rPr>
          <w:lang w:val="fr-FR"/>
        </w:rPr>
      </w:pPr>
      <w:r w:rsidRPr="5F29C825">
        <w:rPr>
          <w:lang w:val="fr-FR"/>
        </w:rPr>
        <w:t>Votre engagement est le moteur de notre action au profit des personnes déficientes visuelles.</w:t>
      </w:r>
    </w:p>
    <w:p w:rsidRPr="00772348" w:rsidR="00BB6E4B" w:rsidP="5F29C825" w:rsidRDefault="00000000" w14:paraId="6CDF3152" w14:textId="77777777">
      <w:pPr>
        <w:pStyle w:val="Normal"/>
        <w:rPr>
          <w:lang w:val="fr-FR"/>
        </w:rPr>
      </w:pPr>
      <w:r w:rsidRPr="5F29C825">
        <w:rPr>
          <w:lang w:val="fr-FR"/>
        </w:rPr>
        <w:t>Aussi, en leur nom, nous vous exprimons notre gratitude la plus chaleureuse.</w:t>
      </w:r>
    </w:p>
    <w:p w:rsidRPr="00772348" w:rsidR="00772348" w:rsidP="5F29C825" w:rsidRDefault="00772348" w14:paraId="7979E955" w14:textId="77777777">
      <w:pPr>
        <w:pStyle w:val="Normal"/>
        <w:rPr>
          <w:lang w:val="fr-FR"/>
        </w:rPr>
      </w:pPr>
    </w:p>
    <w:p w:rsidRPr="00772348" w:rsidR="00772348" w:rsidP="5F29C825" w:rsidRDefault="00772348" w14:paraId="7F60F3D2" w14:textId="77777777">
      <w:pPr>
        <w:pStyle w:val="Normal"/>
        <w:rPr>
          <w:lang w:val="fr-FR"/>
        </w:rPr>
      </w:pPr>
    </w:p>
    <w:p w:rsidRPr="00772348" w:rsidR="00772348" w:rsidP="5F29C825" w:rsidRDefault="00772348" w14:paraId="3C97EA01" w14:textId="77777777">
      <w:pPr>
        <w:pStyle w:val="Normal"/>
        <w:rPr>
          <w:lang w:val="fr-FR"/>
        </w:rPr>
      </w:pPr>
    </w:p>
    <w:p w:rsidR="00E46A4E" w:rsidP="5F29C825" w:rsidRDefault="00E46A4E" w14:paraId="6076E5CF" w14:textId="77777777">
      <w:pPr>
        <w:pStyle w:val="Normal"/>
        <w:rPr>
          <w:lang w:val="fr-FR"/>
        </w:rPr>
      </w:pPr>
      <w:r w:rsidRPr="5F29C825">
        <w:rPr>
          <w:lang w:val="fr-FR"/>
        </w:rPr>
        <w:br w:type="page"/>
      </w:r>
    </w:p>
    <w:p w:rsidR="7E924674" w:rsidP="3F556641" w:rsidRDefault="7E924674" w14:paraId="3E88A67C" w14:textId="2E2F67B4">
      <w:pPr>
        <w:pStyle w:val="Titre2"/>
        <w:rPr>
          <w:rFonts w:ascii="Cambria" w:hAnsi="Cambria" w:eastAsia="Cambria" w:cs="Cambria" w:asciiTheme="minorAscii" w:hAnsiTheme="minorAscii" w:eastAsiaTheme="minorAscii" w:cstheme="minorAscii"/>
          <w:lang w:val="fr-FR"/>
        </w:rPr>
      </w:pPr>
      <w:bookmarkStart w:name="_Toc1860659743" w:id="1735632033"/>
      <w:r w:rsidRPr="3F556641" w:rsidR="7E924674">
        <w:rPr>
          <w:lang w:val="fr-FR"/>
        </w:rPr>
        <w:t>Nos chiffres clés de 2025</w:t>
      </w:r>
      <w:bookmarkEnd w:id="1735632033"/>
    </w:p>
    <w:p w:rsidRPr="00772348" w:rsidR="00BB6E4B" w:rsidP="5F29C825" w:rsidRDefault="00000000" w14:paraId="71F27093" w14:textId="3DE5CFEA">
      <w:pPr>
        <w:pStyle w:val="Paragraphedeliste"/>
        <w:numPr>
          <w:ilvl w:val="0"/>
          <w:numId w:val="10"/>
        </w:numPr>
        <w:rPr>
          <w:lang w:val="fr-FR"/>
        </w:rPr>
      </w:pPr>
      <w:r w:rsidRPr="5F29C825">
        <w:rPr>
          <w:lang w:val="fr-FR"/>
        </w:rPr>
        <w:t>31 chiens guides remis</w:t>
      </w:r>
    </w:p>
    <w:p w:rsidRPr="00772348" w:rsidR="00BB6E4B" w:rsidP="5F29C825" w:rsidRDefault="00000000" w14:paraId="16660B4F" w14:textId="7A562EDD">
      <w:pPr>
        <w:pStyle w:val="Paragraphedeliste"/>
        <w:numPr>
          <w:ilvl w:val="0"/>
          <w:numId w:val="10"/>
        </w:numPr>
        <w:rPr>
          <w:lang w:val="fr-FR"/>
        </w:rPr>
      </w:pPr>
      <w:r w:rsidRPr="5F29C825">
        <w:rPr>
          <w:lang w:val="fr-FR"/>
        </w:rPr>
        <w:t>34 demandes de chien guide acceptées</w:t>
      </w:r>
    </w:p>
    <w:p w:rsidRPr="00772348" w:rsidR="00BB6E4B" w:rsidP="5F29C825" w:rsidRDefault="00000000" w14:paraId="7B8047CF" w14:textId="78DB9D6A">
      <w:pPr>
        <w:pStyle w:val="Paragraphedeliste"/>
        <w:numPr>
          <w:ilvl w:val="0"/>
          <w:numId w:val="10"/>
        </w:numPr>
        <w:rPr>
          <w:lang w:val="fr-FR"/>
        </w:rPr>
      </w:pPr>
      <w:r w:rsidRPr="5F29C825">
        <w:rPr>
          <w:lang w:val="fr-FR"/>
        </w:rPr>
        <w:t>71 élèves chiens guides placés en familles d’accueil</w:t>
      </w:r>
    </w:p>
    <w:p w:rsidRPr="00772348" w:rsidR="00BB6E4B" w:rsidP="5F29C825" w:rsidRDefault="00000000" w14:paraId="044A8FEA" w14:textId="2CDB7A92">
      <w:pPr>
        <w:pStyle w:val="Paragraphedeliste"/>
        <w:numPr>
          <w:ilvl w:val="0"/>
          <w:numId w:val="10"/>
        </w:numPr>
        <w:rPr>
          <w:lang w:val="fr-FR"/>
        </w:rPr>
      </w:pPr>
      <w:r w:rsidRPr="5F29C825">
        <w:rPr>
          <w:lang w:val="fr-FR"/>
        </w:rPr>
        <w:t>77 naissances de chiots</w:t>
      </w:r>
    </w:p>
    <w:p w:rsidRPr="00772348" w:rsidR="00BB6E4B" w:rsidP="5F29C825" w:rsidRDefault="00000000" w14:paraId="593CDD0A" w14:textId="07A6A356">
      <w:pPr>
        <w:pStyle w:val="Paragraphedeliste"/>
        <w:numPr>
          <w:ilvl w:val="0"/>
          <w:numId w:val="10"/>
        </w:numPr>
        <w:rPr>
          <w:lang w:val="fr-FR"/>
        </w:rPr>
      </w:pPr>
      <w:r w:rsidRPr="5F29C825">
        <w:rPr>
          <w:lang w:val="fr-FR"/>
        </w:rPr>
        <w:t>196 binômes maître/chien guide suivis</w:t>
      </w:r>
    </w:p>
    <w:p w:rsidRPr="00772348" w:rsidR="00BB6E4B" w:rsidP="5F29C825" w:rsidRDefault="00000000" w14:paraId="348523A6" w14:textId="38F15FFE">
      <w:pPr>
        <w:pStyle w:val="Paragraphedeliste"/>
        <w:numPr>
          <w:ilvl w:val="0"/>
          <w:numId w:val="10"/>
        </w:numPr>
        <w:rPr>
          <w:lang w:val="fr-FR"/>
        </w:rPr>
      </w:pPr>
      <w:r w:rsidRPr="5F29C825">
        <w:rPr>
          <w:lang w:val="fr-FR"/>
        </w:rPr>
        <w:t>22 chiens guides mis à la retraite</w:t>
      </w:r>
    </w:p>
    <w:p w:rsidRPr="00772348" w:rsidR="00BB6E4B" w:rsidP="5F29C825" w:rsidRDefault="00000000" w14:paraId="0E5E4E34" w14:textId="1C23B6EA">
      <w:pPr>
        <w:pStyle w:val="Paragraphedeliste"/>
        <w:numPr>
          <w:ilvl w:val="0"/>
          <w:numId w:val="10"/>
        </w:numPr>
        <w:rPr>
          <w:lang w:val="fr-FR"/>
        </w:rPr>
      </w:pPr>
      <w:r w:rsidRPr="5F29C825">
        <w:rPr>
          <w:lang w:val="fr-FR"/>
        </w:rPr>
        <w:t>49 salariés</w:t>
      </w:r>
    </w:p>
    <w:p w:rsidRPr="00772348" w:rsidR="00BB6E4B" w:rsidP="5F29C825" w:rsidRDefault="00000000" w14:paraId="45021863" w14:textId="4A94488E">
      <w:pPr>
        <w:pStyle w:val="Paragraphedeliste"/>
        <w:numPr>
          <w:ilvl w:val="0"/>
          <w:numId w:val="10"/>
        </w:numPr>
        <w:rPr>
          <w:lang w:val="fr-FR"/>
        </w:rPr>
      </w:pPr>
      <w:r w:rsidRPr="5F29C825">
        <w:rPr>
          <w:lang w:val="fr-FR"/>
        </w:rPr>
        <w:t>Plus de 250 bénévoles</w:t>
      </w:r>
    </w:p>
    <w:p w:rsidRPr="00772348" w:rsidR="00772348" w:rsidP="5F29C825" w:rsidRDefault="00772348" w14:paraId="4FC70E99" w14:textId="77777777">
      <w:pPr>
        <w:pStyle w:val="Normal"/>
        <w:rPr>
          <w:lang w:val="fr-FR"/>
        </w:rPr>
      </w:pPr>
    </w:p>
    <w:p w:rsidR="00673E40" w:rsidP="5F29C825" w:rsidRDefault="00673E40" w14:paraId="6CB35DE8" w14:textId="77777777">
      <w:pPr>
        <w:pStyle w:val="Normal"/>
        <w:rPr>
          <w:lang w:val="fr-FR"/>
        </w:rPr>
      </w:pPr>
    </w:p>
    <w:p w:rsidRPr="00772348" w:rsidR="00BB6E4B" w:rsidP="3F556641" w:rsidRDefault="00000000" w14:paraId="7C6E688D" w14:textId="2747B7CF">
      <w:pPr>
        <w:pStyle w:val="Titre3"/>
        <w:suppressLineNumbers w:val="0"/>
        <w:bidi w:val="0"/>
        <w:spacing w:before="160" w:beforeAutospacing="off" w:after="80" w:afterAutospacing="off" w:line="269" w:lineRule="auto"/>
        <w:ind w:left="0" w:right="0"/>
        <w:jc w:val="left"/>
        <w:rPr>
          <w:lang w:val="fr-FR"/>
        </w:rPr>
      </w:pPr>
      <w:bookmarkStart w:name="_Toc676339627" w:id="828476512"/>
      <w:r w:rsidRPr="3F556641" w:rsidR="00000000">
        <w:rPr>
          <w:lang w:val="fr-FR"/>
        </w:rPr>
        <w:t>V</w:t>
      </w:r>
      <w:r w:rsidRPr="3F556641" w:rsidR="46839185">
        <w:rPr>
          <w:lang w:val="fr-FR"/>
        </w:rPr>
        <w:t>otre</w:t>
      </w:r>
      <w:r w:rsidRPr="3F556641" w:rsidR="00000000">
        <w:rPr>
          <w:lang w:val="fr-FR"/>
        </w:rPr>
        <w:t xml:space="preserve"> </w:t>
      </w:r>
      <w:r w:rsidRPr="3F556641" w:rsidR="2C6AC421">
        <w:rPr>
          <w:lang w:val="fr-FR"/>
        </w:rPr>
        <w:t>engagement est</w:t>
      </w:r>
      <w:r w:rsidRPr="3F556641" w:rsidR="00000000">
        <w:rPr>
          <w:lang w:val="fr-FR"/>
        </w:rPr>
        <w:t xml:space="preserve"> </w:t>
      </w:r>
      <w:r w:rsidRPr="3F556641" w:rsidR="072F84A1">
        <w:rPr>
          <w:lang w:val="fr-FR"/>
        </w:rPr>
        <w:t>la</w:t>
      </w:r>
      <w:r w:rsidRPr="3F556641" w:rsidR="00000000">
        <w:rPr>
          <w:lang w:val="fr-FR"/>
        </w:rPr>
        <w:t xml:space="preserve"> </w:t>
      </w:r>
      <w:r w:rsidRPr="3F556641" w:rsidR="379355FD">
        <w:rPr>
          <w:lang w:val="fr-FR"/>
        </w:rPr>
        <w:t>force</w:t>
      </w:r>
      <w:r w:rsidRPr="3F556641" w:rsidR="00000000">
        <w:rPr>
          <w:lang w:val="fr-FR"/>
        </w:rPr>
        <w:t xml:space="preserve"> </w:t>
      </w:r>
      <w:r w:rsidRPr="3F556641" w:rsidR="3E47DA16">
        <w:rPr>
          <w:lang w:val="fr-FR"/>
        </w:rPr>
        <w:t xml:space="preserve">de nos </w:t>
      </w:r>
      <w:r w:rsidRPr="3F556641" w:rsidR="3E47DA16">
        <w:rPr>
          <w:lang w:val="fr-FR"/>
        </w:rPr>
        <w:t>actions</w:t>
      </w:r>
      <w:bookmarkEnd w:id="828476512"/>
    </w:p>
    <w:p w:rsidR="00673E40" w:rsidP="5F29C825" w:rsidRDefault="00673E40" w14:paraId="046F04BA" w14:textId="77777777">
      <w:pPr>
        <w:pStyle w:val="Normal"/>
        <w:rPr>
          <w:lang w:val="fr-FR"/>
        </w:rPr>
      </w:pPr>
    </w:p>
    <w:p w:rsidRPr="00772348" w:rsidR="00BB6E4B" w:rsidP="5F29C825" w:rsidRDefault="00000000" w14:paraId="32ADDA37" w14:textId="598CAA52">
      <w:pPr>
        <w:pStyle w:val="Titre4"/>
        <w:rPr>
          <w:color w:val="365F91" w:themeColor="accent1" w:themeTint="FF" w:themeShade="BF"/>
          <w:sz w:val="24"/>
          <w:szCs w:val="24"/>
          <w:lang w:val="fr-FR"/>
        </w:rPr>
      </w:pPr>
      <w:bookmarkStart w:name="_Toc1588405760" w:id="2102458327"/>
      <w:r w:rsidRPr="3F556641" w:rsidR="00000000">
        <w:rPr>
          <w:lang w:val="fr-FR"/>
        </w:rPr>
        <w:t>Utilisation des ressources issues de la générosité du public</w:t>
      </w:r>
      <w:bookmarkEnd w:id="2102458327"/>
    </w:p>
    <w:p w:rsidRPr="00772348" w:rsidR="00BB6E4B" w:rsidP="5F29C825" w:rsidRDefault="00000000" w14:paraId="52994686" w14:textId="77777777">
      <w:pPr>
        <w:pStyle w:val="Normal"/>
        <w:rPr>
          <w:lang w:val="fr-FR"/>
        </w:rPr>
      </w:pPr>
      <w:r w:rsidRPr="5F29C825">
        <w:rPr>
          <w:lang w:val="fr-FR"/>
        </w:rPr>
        <w:t>75 % – 2 636 k€ : missions sociales</w:t>
      </w:r>
    </w:p>
    <w:p w:rsidRPr="00772348" w:rsidR="00BB6E4B" w:rsidP="5F29C825" w:rsidRDefault="00000000" w14:paraId="5D3354A6" w14:textId="77777777">
      <w:pPr>
        <w:pStyle w:val="Normal"/>
        <w:rPr>
          <w:lang w:val="fr-FR"/>
        </w:rPr>
      </w:pPr>
      <w:r w:rsidRPr="5F29C825">
        <w:rPr>
          <w:lang w:val="fr-FR"/>
        </w:rPr>
        <w:t>21 % – 755 k€ : frais de recherche de fonds</w:t>
      </w:r>
    </w:p>
    <w:p w:rsidRPr="00772348" w:rsidR="00BB6E4B" w:rsidP="5F29C825" w:rsidRDefault="00000000" w14:paraId="15435992" w14:textId="77777777">
      <w:pPr>
        <w:pStyle w:val="Normal"/>
        <w:rPr>
          <w:lang w:val="fr-FR"/>
        </w:rPr>
      </w:pPr>
      <w:r w:rsidRPr="5F29C825">
        <w:rPr>
          <w:lang w:val="fr-FR"/>
        </w:rPr>
        <w:t>4 % – 135 k€ : frais de fonctionnement</w:t>
      </w:r>
    </w:p>
    <w:p w:rsidRPr="00772348" w:rsidR="00772348" w:rsidP="5F29C825" w:rsidRDefault="00772348" w14:paraId="14D6722B" w14:textId="77777777">
      <w:pPr>
        <w:pStyle w:val="Normal"/>
        <w:rPr>
          <w:lang w:val="fr-FR"/>
        </w:rPr>
      </w:pPr>
    </w:p>
    <w:p w:rsidR="00673E40" w:rsidP="5F29C825" w:rsidRDefault="00673E40" w14:paraId="389EB059" w14:textId="77777777">
      <w:pPr>
        <w:pStyle w:val="Normal"/>
        <w:rPr>
          <w:lang w:val="fr-FR"/>
        </w:rPr>
      </w:pPr>
    </w:p>
    <w:p w:rsidRPr="00772348" w:rsidR="00BB6E4B" w:rsidP="5F29C825" w:rsidRDefault="00000000" w14:paraId="53CFF3C7" w14:textId="382683E5">
      <w:pPr>
        <w:pStyle w:val="Titre4"/>
        <w:rPr>
          <w:lang w:val="fr-FR"/>
        </w:rPr>
      </w:pPr>
      <w:bookmarkStart w:name="_Toc516313376" w:id="1832420682"/>
      <w:r w:rsidRPr="3F556641" w:rsidR="00000000">
        <w:rPr>
          <w:lang w:val="fr-FR"/>
        </w:rPr>
        <w:t>Répartition des ressources issues de la générosité du public</w:t>
      </w:r>
      <w:bookmarkEnd w:id="1832420682"/>
    </w:p>
    <w:p w:rsidRPr="00772348" w:rsidR="00BB6E4B" w:rsidP="5F29C825" w:rsidRDefault="00000000" w14:paraId="6BC80CE8" w14:textId="77777777">
      <w:pPr>
        <w:pStyle w:val="Normal"/>
        <w:rPr>
          <w:lang w:val="fr-FR"/>
        </w:rPr>
      </w:pPr>
      <w:r w:rsidRPr="5F29C825">
        <w:rPr>
          <w:lang w:val="fr-FR"/>
        </w:rPr>
        <w:t>75 % – 2 725 k€ : libéralités</w:t>
      </w:r>
    </w:p>
    <w:p w:rsidRPr="00772348" w:rsidR="00BB6E4B" w:rsidP="5F29C825" w:rsidRDefault="00000000" w14:paraId="74A40488" w14:textId="77777777">
      <w:pPr>
        <w:pStyle w:val="Normal"/>
        <w:rPr>
          <w:lang w:val="fr-FR"/>
        </w:rPr>
      </w:pPr>
      <w:r w:rsidRPr="5F29C825">
        <w:rPr>
          <w:lang w:val="fr-FR"/>
        </w:rPr>
        <w:t>23 % – 840 k€ : dons</w:t>
      </w:r>
    </w:p>
    <w:p w:rsidRPr="00772348" w:rsidR="00BB6E4B" w:rsidP="5F29C825" w:rsidRDefault="00000000" w14:paraId="534ED71B" w14:textId="77777777">
      <w:pPr>
        <w:pStyle w:val="Normal"/>
        <w:rPr>
          <w:lang w:val="fr-FR"/>
        </w:rPr>
      </w:pPr>
      <w:r w:rsidRPr="5F29C825">
        <w:rPr>
          <w:lang w:val="fr-FR"/>
        </w:rPr>
        <w:t>2 % – 47 k€ : mécénat</w:t>
      </w:r>
    </w:p>
    <w:p w:rsidR="00673E40" w:rsidP="5F29C825" w:rsidRDefault="00673E40" w14:paraId="42C92EF5" w14:textId="77777777">
      <w:pPr>
        <w:pStyle w:val="Normal"/>
        <w:rPr>
          <w:lang w:val="fr-FR"/>
        </w:rPr>
      </w:pPr>
    </w:p>
    <w:p w:rsidRPr="00772348" w:rsidR="00BB6E4B" w:rsidP="5F29C825" w:rsidRDefault="00000000" w14:paraId="129F10D6" w14:textId="3AE01D1A">
      <w:pPr>
        <w:pStyle w:val="Normal"/>
        <w:rPr>
          <w:lang w:val="fr-FR"/>
        </w:rPr>
      </w:pPr>
      <w:r w:rsidRPr="5F29C825">
        <w:rPr>
          <w:lang w:val="fr-FR"/>
        </w:rPr>
        <w:t>Vous pouvez lire l’intégralité de notre rapport d’activité 2025 sur notre site internet www.chiensguidesparis.fr, dans la rubrique Transparence financière.</w:t>
      </w:r>
    </w:p>
    <w:p w:rsidR="00772348" w:rsidP="5F29C825" w:rsidRDefault="00772348" w14:paraId="2E3639B7" w14:textId="77777777">
      <w:pPr>
        <w:pStyle w:val="Normal"/>
        <w:rPr>
          <w:lang w:val="fr-FR"/>
        </w:rPr>
      </w:pPr>
    </w:p>
    <w:p w:rsidR="00772348" w:rsidP="5F29C825" w:rsidRDefault="00772348" w14:paraId="4A2B1FD5" w14:textId="77777777">
      <w:pPr>
        <w:pStyle w:val="Normal"/>
        <w:rPr>
          <w:lang w:val="fr-FR"/>
        </w:rPr>
      </w:pPr>
    </w:p>
    <w:p w:rsidR="00E46A4E" w:rsidP="5F29C825" w:rsidRDefault="00E46A4E" w14:paraId="61F47D4E" w14:textId="77777777">
      <w:pPr>
        <w:pStyle w:val="Normal"/>
        <w:rPr>
          <w:lang w:val="fr-FR"/>
        </w:rPr>
      </w:pPr>
      <w:r w:rsidRPr="5F29C825">
        <w:rPr>
          <w:lang w:val="fr-FR"/>
        </w:rPr>
        <w:br w:type="page"/>
      </w:r>
    </w:p>
    <w:p w:rsidRPr="00772348" w:rsidR="00BB6E4B" w:rsidP="5F29C825" w:rsidRDefault="00000000" w14:paraId="1D69F598" w14:textId="782027AE">
      <w:pPr>
        <w:pStyle w:val="Titre2"/>
        <w:rPr>
          <w:lang w:val="fr-FR"/>
        </w:rPr>
      </w:pPr>
      <w:bookmarkStart w:name="_Toc1631230405" w:id="290014577"/>
      <w:r w:rsidRPr="3F556641" w:rsidR="00000000">
        <w:rPr>
          <w:lang w:val="fr-FR"/>
        </w:rPr>
        <w:t>Avec Uno, la vie de Théotime prend un nouveau rythme</w:t>
      </w:r>
      <w:bookmarkEnd w:id="290014577"/>
    </w:p>
    <w:p w:rsidRPr="00772348" w:rsidR="00BB6E4B" w:rsidP="5F29C825" w:rsidRDefault="00000000" w14:paraId="04FF9AB8" w14:textId="77777777">
      <w:pPr>
        <w:pStyle w:val="Normal"/>
        <w:rPr>
          <w:lang w:val="fr-FR"/>
        </w:rPr>
      </w:pPr>
      <w:r w:rsidRPr="5F29C825">
        <w:rPr>
          <w:lang w:val="fr-FR"/>
        </w:rPr>
        <w:t>« Bonjour, moi c’est Théotime, je suis étudiant et depuis un an maintenant, je suis accompagné de Uno. Uno, c’est mon chien guide, il est diplômé de l’École de Chiens Guides de Paris. Avant ça, je me déplaçais surtout à la canne blanche. C’est un très bon outil, vraiment. Mais il faut être honnête… il y a des endroits, des zones que tu ne connais pas, et là ça peut devenir vite compliqué, voire dangereux.</w:t>
      </w:r>
    </w:p>
    <w:p w:rsidRPr="00772348" w:rsidR="00BB6E4B" w:rsidP="5F29C825" w:rsidRDefault="00000000" w14:paraId="5CDF37CB" w14:textId="77777777">
      <w:pPr>
        <w:pStyle w:val="Normal"/>
        <w:rPr>
          <w:lang w:val="fr-FR"/>
        </w:rPr>
      </w:pPr>
      <w:r w:rsidRPr="5F29C825">
        <w:rPr>
          <w:lang w:val="fr-FR"/>
        </w:rPr>
        <w:t>Je me souviens d’une fois, dans le métro, on m’a cassé ma canne. D’un coup, t’es un peu perdu. Dans ces moments-là, tu apprends à rester calme. Tu n’as pas le choix. Tu respires, tu t’adaptes.</w:t>
      </w:r>
    </w:p>
    <w:p w:rsidRPr="00772348" w:rsidR="00BB6E4B" w:rsidP="5F29C825" w:rsidRDefault="00000000" w14:paraId="7A6C545D" w14:textId="77777777">
      <w:pPr>
        <w:pStyle w:val="Normal"/>
        <w:rPr>
          <w:lang w:val="fr-FR"/>
        </w:rPr>
      </w:pPr>
      <w:r w:rsidRPr="5F29C825">
        <w:rPr>
          <w:lang w:val="fr-FR"/>
        </w:rPr>
        <w:t>Et puis il y a eu Uno. Uno, c’est mon premier chien guide, et il a tout changé.</w:t>
      </w:r>
    </w:p>
    <w:p w:rsidRPr="00772348" w:rsidR="00BB6E4B" w:rsidP="5F29C825" w:rsidRDefault="00000000" w14:paraId="28ED6A06" w14:textId="77777777">
      <w:pPr>
        <w:pStyle w:val="Normal"/>
        <w:rPr>
          <w:lang w:val="fr-FR"/>
        </w:rPr>
      </w:pPr>
      <w:r w:rsidRPr="5F29C825">
        <w:rPr>
          <w:lang w:val="fr-FR"/>
        </w:rPr>
        <w:t>Il ne remplace pas la vigilance, mais il sécurise mes trajets. Il enlève une partie du stress. Quand on s’est rencontrés… c’était spécial. Il s’est assis, comme ça, tranquille. Et moi j’ai commencé à lui parler. Beaucoup, en fait. Et à ce moment-là, je me suis dit : ok, c’est lui.</w:t>
      </w:r>
    </w:p>
    <w:p w:rsidRPr="00772348" w:rsidR="00BB6E4B" w:rsidP="5F29C825" w:rsidRDefault="00000000" w14:paraId="370933EF" w14:textId="77777777">
      <w:pPr>
        <w:pStyle w:val="Normal"/>
        <w:rPr>
          <w:lang w:val="fr-FR"/>
        </w:rPr>
      </w:pPr>
      <w:r w:rsidRPr="5F29C825">
        <w:rPr>
          <w:lang w:val="fr-FR"/>
        </w:rPr>
        <w:t>Le chien guide, ce n’est pas un GPS sur pattes. Les gens pensent ça parfois. Mais non. C’est un compagnon qui t’aide à te poser, à te sécuriser, à te déplacer autrement. Par exemple, j’arrive près d’une station de métro, je ne sais pas exactement où est l’entrée… je lui demande, simplement. Et lui, il y va. Direct. Et en plus, il est fier de lui, ça se voit.</w:t>
      </w:r>
    </w:p>
    <w:p w:rsidRPr="00772348" w:rsidR="00BB6E4B" w:rsidP="5F29C825" w:rsidRDefault="00000000" w14:paraId="771A23CC" w14:textId="77777777">
      <w:pPr>
        <w:pStyle w:val="Normal"/>
        <w:rPr>
          <w:lang w:val="fr-FR"/>
        </w:rPr>
      </w:pPr>
      <w:r w:rsidRPr="5F29C825">
        <w:rPr>
          <w:lang w:val="fr-FR"/>
        </w:rPr>
        <w:t>Uno, aujourd’hui, ce n’est pas juste un chien guide. C’est un ami. Un confident. Franchement, c’est étrange à dire, mais parler à quelqu’un qui ne te répond pas… ça fait du bien parfois. C’est apaisant. C’est mon binôme. »</w:t>
      </w:r>
    </w:p>
    <w:p w:rsidR="00772348" w:rsidP="5F29C825" w:rsidRDefault="00000000" w14:paraId="4E58A730" w14:textId="3A12C9C2">
      <w:pPr>
        <w:pStyle w:val="Normal"/>
        <w:rPr>
          <w:lang w:val="fr-FR"/>
        </w:rPr>
      </w:pPr>
      <w:r w:rsidRPr="5F29C825">
        <w:rPr>
          <w:lang w:val="fr-FR"/>
        </w:rPr>
        <w:t>Uno a été remis gratuitement à son maître grâce au soutien de la Fondation Renault que nous remercions.</w:t>
      </w:r>
    </w:p>
    <w:p w:rsidR="00772348" w:rsidP="5F29C825" w:rsidRDefault="00772348" w14:paraId="2094A132" w14:textId="77777777">
      <w:pPr>
        <w:pStyle w:val="Normal"/>
        <w:rPr>
          <w:lang w:val="fr-FR"/>
        </w:rPr>
      </w:pPr>
    </w:p>
    <w:p w:rsidR="00772348" w:rsidP="5F29C825" w:rsidRDefault="00772348" w14:paraId="5DB4D820" w14:textId="77777777">
      <w:pPr>
        <w:pStyle w:val="Normal"/>
        <w:rPr>
          <w:lang w:val="fr-FR"/>
        </w:rPr>
      </w:pPr>
    </w:p>
    <w:p w:rsidR="00673E40" w:rsidP="5F29C825" w:rsidRDefault="00673E40" w14:paraId="16632636" w14:textId="77777777">
      <w:pPr>
        <w:pStyle w:val="Normal"/>
        <w:rPr>
          <w:lang w:val="fr-FR"/>
        </w:rPr>
      </w:pPr>
      <w:r w:rsidRPr="5F29C825">
        <w:rPr>
          <w:lang w:val="fr-FR"/>
        </w:rPr>
        <w:br w:type="page"/>
      </w:r>
    </w:p>
    <w:p w:rsidRPr="00772348" w:rsidR="00BB6E4B" w:rsidP="5F29C825" w:rsidRDefault="00000000" w14:paraId="2577EE48" w14:textId="74BDB32A">
      <w:pPr>
        <w:pStyle w:val="Normal"/>
        <w:rPr>
          <w:lang w:val="fr-FR"/>
        </w:rPr>
      </w:pPr>
      <w:bookmarkStart w:name="_Toc1338704784" w:id="118736496"/>
      <w:r w:rsidRPr="3F556641" w:rsidR="00000000">
        <w:rPr>
          <w:rStyle w:val="Titre2Car"/>
          <w:lang w:val="fr-FR"/>
        </w:rPr>
        <w:t>Un héritage qui continue d’agir</w:t>
      </w:r>
      <w:bookmarkEnd w:id="118736496"/>
    </w:p>
    <w:p w:rsidRPr="00772348" w:rsidR="00BB6E4B" w:rsidP="5F29C825" w:rsidRDefault="00000000" w14:paraId="04FD071E" w14:textId="77777777">
      <w:pPr>
        <w:pStyle w:val="Titre3"/>
        <w:rPr>
          <w:lang w:val="fr-FR"/>
        </w:rPr>
      </w:pPr>
      <w:bookmarkStart w:name="_Toc1626876677" w:id="571781827"/>
      <w:r w:rsidRPr="3F556641" w:rsidR="00000000">
        <w:rPr>
          <w:lang w:val="fr-FR"/>
        </w:rPr>
        <w:t>Une vie peut en éclairer beaucoup d’autres</w:t>
      </w:r>
      <w:bookmarkEnd w:id="571781827"/>
    </w:p>
    <w:p w:rsidRPr="00772348" w:rsidR="00BB6E4B" w:rsidP="5F29C825" w:rsidRDefault="00000000" w14:paraId="6FAFFCA4" w14:textId="7938B028">
      <w:pPr>
        <w:pStyle w:val="Normal"/>
        <w:rPr>
          <w:lang w:val="fr-FR"/>
        </w:rPr>
      </w:pPr>
      <w:r w:rsidRPr="5F29C825">
        <w:rPr>
          <w:lang w:val="fr-FR"/>
        </w:rPr>
        <w:t>« Étant très sensibilisée par ces chiens qui savent guider, c’est si tendre et magnifique que cela me touche profondément. J’ai souhaité apporter ma contribution, à mon échelle, pour soutenir cette belle cause et aider les personnes aveugles ou malvoyantes. C’est pourquoi j’ai choisi de vous désigner comme bénéficiaire de mon contrat d’assurance-vie et de rédiger également un testament en faveur de votre association. J’espère que ce geste permettra d’aider encore davantage de personnes. Votre mission est magnifique. »</w:t>
      </w:r>
      <w:r w:rsidRPr="5F29C825" w:rsidR="00772348">
        <w:rPr>
          <w:lang w:val="fr-FR"/>
        </w:rPr>
        <w:t xml:space="preserve"> </w:t>
      </w:r>
      <w:r w:rsidRPr="5F29C825">
        <w:rPr>
          <w:lang w:val="fr-FR"/>
        </w:rPr>
        <w:t>Odile P., retraitée, Maisons-Laffitte (78).</w:t>
      </w:r>
    </w:p>
    <w:p w:rsidRPr="00772348" w:rsidR="00BB6E4B" w:rsidP="5F29C825" w:rsidRDefault="00000000" w14:paraId="6EB5B76A" w14:textId="453BE412">
      <w:pPr>
        <w:pStyle w:val="Normal"/>
        <w:rPr>
          <w:lang w:val="fr-FR"/>
        </w:rPr>
      </w:pPr>
      <w:r w:rsidRPr="5F29C825">
        <w:rPr>
          <w:lang w:val="fr-FR"/>
        </w:rPr>
        <w:t>Chaque chien guide remis gratuitement à une personne déficiente visuelle est le fruit d’un long parcours d’éducation.</w:t>
      </w:r>
      <w:r w:rsidRPr="5F29C825" w:rsidR="00673E40">
        <w:rPr>
          <w:lang w:val="fr-FR"/>
        </w:rPr>
        <w:t xml:space="preserve"> </w:t>
      </w:r>
      <w:r w:rsidRPr="5F29C825">
        <w:rPr>
          <w:lang w:val="fr-FR"/>
        </w:rPr>
        <w:t>Derrière chaque remise se trouvent des femmes et des hommes qui ont choisi de soutenir notre mission, parfois bien au-delà de leur vivant.</w:t>
      </w:r>
      <w:r w:rsidRPr="5F29C825" w:rsidR="00673E40">
        <w:rPr>
          <w:lang w:val="fr-FR"/>
        </w:rPr>
        <w:t xml:space="preserve"> </w:t>
      </w:r>
      <w:r w:rsidRPr="5F29C825">
        <w:rPr>
          <w:lang w:val="fr-FR"/>
        </w:rPr>
        <w:t>Avec nos futurs testateurs et bienfaiteurs, nous privilégions une relation fondée sur l’écoute, la confiance et un accompagnement personnalisé.</w:t>
      </w:r>
    </w:p>
    <w:p w:rsidRPr="00772348" w:rsidR="00BB6E4B" w:rsidP="5F29C825" w:rsidRDefault="00000000" w14:paraId="4C4A5551" w14:textId="77777777">
      <w:pPr>
        <w:pStyle w:val="Normal"/>
        <w:rPr>
          <w:lang w:val="fr-FR"/>
        </w:rPr>
      </w:pPr>
      <w:r w:rsidRPr="5F29C825">
        <w:rPr>
          <w:lang w:val="fr-FR"/>
        </w:rPr>
        <w:t>Inscrire l’École de Chiens Guides de Paris sur un contrat d’assurance-vie ou dans un testament est un geste simple qui permet de donner naissance, d’élever, d’éduquer et de remettre gratuitement des chiens guides aux personnes aveugles ou malvoyantes, tout en assurant leur suivi.</w:t>
      </w:r>
    </w:p>
    <w:p w:rsidR="00BB6E4B" w:rsidP="5F29C825" w:rsidRDefault="00000000" w14:paraId="5AB7EF59" w14:textId="77777777">
      <w:pPr>
        <w:pStyle w:val="Normal"/>
        <w:rPr>
          <w:lang w:val="fr-FR"/>
        </w:rPr>
      </w:pPr>
      <w:r w:rsidRPr="5F29C825">
        <w:rPr>
          <w:lang w:val="fr-FR"/>
        </w:rPr>
        <w:t>Chaque libéralité est un acte de générosité qui fait vivre durablement notre mission. Merci infiniment pour votre soutien.</w:t>
      </w:r>
    </w:p>
    <w:p w:rsidR="00673E40" w:rsidP="5F29C825" w:rsidRDefault="00673E40" w14:paraId="78B0167F" w14:textId="77777777">
      <w:pPr>
        <w:pStyle w:val="Normal"/>
        <w:rPr>
          <w:lang w:val="fr-FR"/>
        </w:rPr>
      </w:pPr>
    </w:p>
    <w:p w:rsidRPr="00772348" w:rsidR="00BB6E4B" w:rsidP="5F29C825" w:rsidRDefault="00000000" w14:paraId="5D660AE3" w14:textId="161D2F66">
      <w:pPr>
        <w:pStyle w:val="Titre3"/>
        <w:rPr>
          <w:lang w:val="fr-FR"/>
        </w:rPr>
      </w:pPr>
      <w:bookmarkStart w:name="_Toc984994540" w:id="967052560"/>
      <w:r w:rsidRPr="3F556641" w:rsidR="00000000">
        <w:rPr>
          <w:lang w:val="fr-FR"/>
        </w:rPr>
        <w:t>Transmettre bien plus qu’un patrimoine</w:t>
      </w:r>
      <w:bookmarkEnd w:id="967052560"/>
    </w:p>
    <w:p w:rsidRPr="00772348" w:rsidR="00BB6E4B" w:rsidP="5F29C825" w:rsidRDefault="00000000" w14:paraId="136D2129" w14:textId="6DD7BB6D">
      <w:pPr>
        <w:pStyle w:val="Normal"/>
        <w:rPr>
          <w:lang w:val="fr-FR"/>
        </w:rPr>
      </w:pPr>
      <w:r w:rsidRPr="5F29C825">
        <w:rPr>
          <w:lang w:val="fr-FR"/>
        </w:rPr>
        <w:t>Faire un legs à l’École de Chiens Guides de Paris, c’est permettre à une chaîne de solidarité de se poursuivre. Association loi 1901 reconnue d’intérêt général, l’École est habilitée à recevoir des legs, donations et assurances-vie sans droits de succession.</w:t>
      </w:r>
      <w:r w:rsidRPr="5F29C825" w:rsidR="00673E40">
        <w:rPr>
          <w:lang w:val="fr-FR"/>
        </w:rPr>
        <w:t xml:space="preserve"> </w:t>
      </w:r>
      <w:r w:rsidRPr="5F29C825">
        <w:rPr>
          <w:lang w:val="fr-FR"/>
        </w:rPr>
        <w:t>Pour tout renseignement ou pour recevoir notre brochure Legs, vous pouvez contacter Delphine en toute confidentialité :</w:t>
      </w:r>
    </w:p>
    <w:p w:rsidRPr="00772348" w:rsidR="00BB6E4B" w:rsidP="5F29C825" w:rsidRDefault="00000000" w14:paraId="5C9DF058" w14:textId="5B7A90EA">
      <w:pPr>
        <w:pStyle w:val="Normal"/>
        <w:rPr>
          <w:lang w:val="fr-FR"/>
        </w:rPr>
      </w:pPr>
      <w:r w:rsidRPr="5F29C825">
        <w:rPr>
          <w:lang w:val="fr-FR"/>
        </w:rPr>
        <w:t>Delphine Bureau</w:t>
      </w:r>
      <w:r>
        <w:br/>
      </w:r>
      <w:r w:rsidRPr="5F29C825">
        <w:rPr>
          <w:lang w:val="fr-FR"/>
        </w:rPr>
        <w:t>Référente des libéralités et des relations testateurs</w:t>
      </w:r>
      <w:r w:rsidRPr="5F29C825" w:rsidR="00673E40">
        <w:rPr>
          <w:lang w:val="fr-FR"/>
        </w:rPr>
        <w:t xml:space="preserve"> - </w:t>
      </w:r>
      <w:hyperlink r:id="Rc8c5d1f92bc5453a">
        <w:r w:rsidRPr="5F29C825" w:rsidR="00673E40">
          <w:rPr>
            <w:rStyle w:val="Lienhypertexte"/>
            <w:lang w:val="fr-FR"/>
          </w:rPr>
          <w:t>legs@chiensguidesparis.fr</w:t>
        </w:r>
      </w:hyperlink>
      <w:r w:rsidRPr="5F29C825" w:rsidR="00673E40">
        <w:rPr>
          <w:lang w:val="fr-FR"/>
        </w:rPr>
        <w:t xml:space="preserve"> - </w:t>
      </w:r>
      <w:r w:rsidRPr="5F29C825">
        <w:rPr>
          <w:lang w:val="fr-FR"/>
        </w:rPr>
        <w:t>06 60 92 57 88</w:t>
      </w:r>
    </w:p>
    <w:p w:rsidR="00673E40" w:rsidP="5F29C825" w:rsidRDefault="00673E40" w14:paraId="61949E8F" w14:textId="77777777">
      <w:pPr>
        <w:pStyle w:val="Normal"/>
        <w:rPr>
          <w:lang w:val="fr-FR"/>
        </w:rPr>
      </w:pPr>
    </w:p>
    <w:p w:rsidRPr="00772348" w:rsidR="00BB6E4B" w:rsidP="5F29C825" w:rsidRDefault="00000000" w14:paraId="321A40A1" w14:textId="165BFA0E">
      <w:pPr>
        <w:pStyle w:val="Titre3"/>
        <w:rPr>
          <w:lang w:val="fr-FR"/>
        </w:rPr>
      </w:pPr>
      <w:bookmarkStart w:name="_Toc1959619884" w:id="315824074"/>
      <w:r w:rsidRPr="3F556641" w:rsidR="00000000">
        <w:rPr>
          <w:lang w:val="fr-FR"/>
        </w:rPr>
        <w:t>Ce que votre générosité peut rendre possible</w:t>
      </w:r>
      <w:bookmarkEnd w:id="315824074"/>
    </w:p>
    <w:p w:rsidRPr="00772348" w:rsidR="00BB6E4B" w:rsidP="5F29C825" w:rsidRDefault="00000000" w14:paraId="342E201A" w14:textId="77777777">
      <w:pPr>
        <w:pStyle w:val="Normal"/>
        <w:rPr>
          <w:lang w:val="fr-FR"/>
        </w:rPr>
      </w:pPr>
      <w:r w:rsidRPr="5F29C825">
        <w:rPr>
          <w:lang w:val="fr-FR"/>
        </w:rPr>
        <w:t>Élever et éduquer davantage de chiens guides.</w:t>
      </w:r>
    </w:p>
    <w:p w:rsidRPr="00772348" w:rsidR="00BB6E4B" w:rsidP="5F29C825" w:rsidRDefault="00000000" w14:paraId="68926773" w14:textId="77777777">
      <w:pPr>
        <w:pStyle w:val="Normal"/>
        <w:rPr>
          <w:lang w:val="fr-FR"/>
        </w:rPr>
      </w:pPr>
      <w:r w:rsidRPr="5F29C825">
        <w:rPr>
          <w:lang w:val="fr-FR"/>
        </w:rPr>
        <w:t>Moderniser nos équipements et nos installations.</w:t>
      </w:r>
    </w:p>
    <w:p w:rsidRPr="00772348" w:rsidR="00BB6E4B" w:rsidP="5F29C825" w:rsidRDefault="00000000" w14:paraId="53979718" w14:textId="77777777">
      <w:pPr>
        <w:pStyle w:val="Normal"/>
        <w:rPr>
          <w:lang w:val="fr-FR"/>
        </w:rPr>
      </w:pPr>
      <w:r w:rsidRPr="5F29C825">
        <w:rPr>
          <w:lang w:val="fr-FR"/>
        </w:rPr>
        <w:t>Assurer un accompagnement personnalisé à nos bénéficiaires aveugles ou malvoyants.</w:t>
      </w:r>
    </w:p>
    <w:p w:rsidRPr="00772348" w:rsidR="00BB6E4B" w:rsidP="5F29C825" w:rsidRDefault="00000000" w14:paraId="798C5845" w14:textId="77777777">
      <w:pPr>
        <w:pStyle w:val="Normal"/>
        <w:rPr>
          <w:lang w:val="fr-FR"/>
        </w:rPr>
      </w:pPr>
      <w:r w:rsidRPr="5F29C825">
        <w:rPr>
          <w:lang w:val="fr-FR"/>
        </w:rPr>
        <w:t>Pérenniser l’avenir de l’École et de sa mission.</w:t>
      </w:r>
    </w:p>
    <w:p w:rsidRPr="00772348" w:rsidR="00BB6E4B" w:rsidP="5F29C825" w:rsidRDefault="00000000" w14:paraId="18234621" w14:textId="77777777">
      <w:pPr>
        <w:pStyle w:val="Normal"/>
        <w:rPr>
          <w:lang w:val="fr-FR"/>
        </w:rPr>
      </w:pPr>
      <w:r w:rsidRPr="5F29C825">
        <w:rPr>
          <w:lang w:val="fr-FR"/>
        </w:rPr>
        <w:t>Offrir plus d’autonomie et de liberté aux personnes déficientes visuelles.</w:t>
      </w:r>
    </w:p>
    <w:p w:rsidR="00772348" w:rsidP="5F29C825" w:rsidRDefault="00772348" w14:paraId="11E875EB" w14:textId="77777777">
      <w:pPr>
        <w:pStyle w:val="Normal"/>
        <w:rPr>
          <w:lang w:val="fr-FR"/>
        </w:rPr>
      </w:pPr>
    </w:p>
    <w:p w:rsidRPr="00772348" w:rsidR="00BB6E4B" w:rsidP="5F29C825" w:rsidRDefault="00000000" w14:paraId="1C462B98" w14:textId="572DC4EC">
      <w:pPr>
        <w:pStyle w:val="Titre3"/>
        <w:rPr>
          <w:lang w:val="fr-FR"/>
        </w:rPr>
      </w:pPr>
      <w:bookmarkStart w:name="_Toc1141036763" w:id="1016813190"/>
      <w:r w:rsidRPr="3F556641" w:rsidR="00000000">
        <w:rPr>
          <w:lang w:val="fr-FR"/>
        </w:rPr>
        <w:t>Nous ne les oublierons jamais</w:t>
      </w:r>
      <w:bookmarkEnd w:id="1016813190"/>
    </w:p>
    <w:p w:rsidRPr="00772348" w:rsidR="00BB6E4B" w:rsidP="5F29C825" w:rsidRDefault="00000000" w14:paraId="4B032442" w14:textId="77777777">
      <w:pPr>
        <w:pStyle w:val="Normal"/>
        <w:rPr>
          <w:lang w:val="fr-FR"/>
        </w:rPr>
      </w:pPr>
      <w:r w:rsidRPr="5F29C825">
        <w:rPr>
          <w:lang w:val="fr-FR"/>
        </w:rPr>
        <w:t>Derrière chaque legs ou assurance-vie effectué au profit de l’École de Chiens Guides de Paris se cachent une histoire personnelle avec ces chiens que nous aimons tant, autant de gestes de confiance, et d’attachement à nos valeurs qui contribuent à transformer des vies.</w:t>
      </w:r>
    </w:p>
    <w:p w:rsidRPr="00772348" w:rsidR="00BB6E4B" w:rsidP="5F29C825" w:rsidRDefault="00000000" w14:paraId="5292E11A" w14:textId="77777777">
      <w:pPr>
        <w:pStyle w:val="Normal"/>
        <w:rPr>
          <w:lang w:val="fr-FR"/>
        </w:rPr>
      </w:pPr>
      <w:r w:rsidRPr="5F29C825">
        <w:rPr>
          <w:lang w:val="fr-FR"/>
        </w:rPr>
        <w:t>Nous adressons notre profonde gratitude à toutes les personnes qui ont choisi d’inscrire notre mission dans leur héritage en 2026. Nous ne vous oublierons jamais. MERCI.</w:t>
      </w:r>
    </w:p>
    <w:p w:rsidRPr="00772348" w:rsidR="00BB6E4B" w:rsidP="5F29C825" w:rsidRDefault="00000000" w14:paraId="67D27637" w14:textId="77777777">
      <w:pPr>
        <w:pStyle w:val="Normal"/>
        <w:rPr>
          <w:lang w:val="fr-FR"/>
        </w:rPr>
      </w:pPr>
      <w:r w:rsidRPr="5F29C825">
        <w:rPr>
          <w:lang w:val="fr-FR"/>
        </w:rPr>
        <w:t>Pierre D. (95 ans), Jacqueline (97 ans), Francette (82 ans), Micheline de T. (83 ans), Pierre V. (93 ans), Claudine F. (84 ans), Micheline J. (93 ans), Véronique S. (83 ans).</w:t>
      </w:r>
    </w:p>
    <w:p w:rsidR="00E46A4E" w:rsidP="5F29C825" w:rsidRDefault="00E46A4E" w14:paraId="5E704B93" w14:textId="77777777">
      <w:pPr>
        <w:pStyle w:val="Normal"/>
        <w:rPr>
          <w:lang w:val="fr-FR"/>
        </w:rPr>
      </w:pPr>
    </w:p>
    <w:p w:rsidRPr="00673E40" w:rsidR="00772348" w:rsidP="5F29C825" w:rsidRDefault="00772348" w14:paraId="105E9F35" w14:textId="6594B35B">
      <w:pPr>
        <w:pStyle w:val="Normal"/>
        <w:rPr>
          <w:lang w:val="fr-FR"/>
        </w:rPr>
      </w:pPr>
    </w:p>
    <w:p w:rsidRPr="00E46A4E" w:rsidR="00BB6E4B" w:rsidP="5F29C825" w:rsidRDefault="00000000" w14:paraId="7500FE1B" w14:textId="53188ABF">
      <w:pPr>
        <w:pStyle w:val="Normal"/>
        <w:rPr>
          <w:lang w:val="fr-FR"/>
        </w:rPr>
      </w:pPr>
    </w:p>
    <w:p w:rsidRPr="00E46A4E" w:rsidR="00BB6E4B" w:rsidP="00E46A4E" w:rsidRDefault="00000000" w14:paraId="6FA6D32C" w14:textId="57674620">
      <w:pPr/>
      <w:r>
        <w:br w:type="page"/>
      </w:r>
    </w:p>
    <w:p w:rsidRPr="00E46A4E" w:rsidR="00BB6E4B" w:rsidP="5F29C825" w:rsidRDefault="00000000" w14:paraId="100DF8AC" w14:textId="4A3F2E4D">
      <w:pPr>
        <w:pStyle w:val="Titre2"/>
        <w:rPr>
          <w:lang w:val="fr-FR"/>
        </w:rPr>
      </w:pPr>
      <w:bookmarkStart w:name="_Toc168631465" w:id="106819689"/>
      <w:r w:rsidRPr="3F556641" w:rsidR="00000000">
        <w:rPr>
          <w:lang w:val="fr-FR"/>
        </w:rPr>
        <w:t>PARRAINEZ UNE PORTÉE</w:t>
      </w:r>
      <w:bookmarkEnd w:id="106819689"/>
    </w:p>
    <w:p w:rsidRPr="00E46A4E" w:rsidR="00BB6E4B" w:rsidP="5F29C825" w:rsidRDefault="00000000" w14:paraId="0309860D" w14:textId="77777777">
      <w:pPr>
        <w:pStyle w:val="Titre3"/>
        <w:rPr>
          <w:lang w:val="fr-FR"/>
        </w:rPr>
      </w:pPr>
      <w:bookmarkStart w:name="_Toc1220623477" w:id="1980538212"/>
      <w:r w:rsidRPr="3F556641" w:rsidR="00000000">
        <w:rPr>
          <w:lang w:val="fr-FR"/>
        </w:rPr>
        <w:t>Soyez présent à chaque étape de leur parcours !</w:t>
      </w:r>
      <w:bookmarkEnd w:id="1980538212"/>
    </w:p>
    <w:p w:rsidRPr="00772348" w:rsidR="00BB6E4B" w:rsidP="5F29C825" w:rsidRDefault="00000000" w14:paraId="1F68509B" w14:textId="77777777">
      <w:pPr>
        <w:pStyle w:val="Normal"/>
        <w:rPr>
          <w:lang w:val="fr-FR"/>
        </w:rPr>
      </w:pPr>
      <w:r w:rsidRPr="5F29C825">
        <w:rPr>
          <w:lang w:val="fr-FR"/>
        </w:rPr>
        <w:t>Chaque année, près de 80 chiots voient le jour dans notre École. Ces petites boules de poils ont besoin qu’on s’occupe d’elles, qu’on les éduque, qu’on les aide à grandir en toute sécurité pour franchir toutes les étapes qui les séparent de leur grand destin : devenir chien guide !</w:t>
      </w:r>
    </w:p>
    <w:p w:rsidR="00BB6E4B" w:rsidP="5F29C825" w:rsidRDefault="00000000" w14:paraId="7FE90068" w14:textId="77777777">
      <w:pPr>
        <w:pStyle w:val="Normal"/>
        <w:rPr>
          <w:lang w:val="fr-FR"/>
        </w:rPr>
      </w:pPr>
      <w:r w:rsidRPr="5F29C825">
        <w:rPr>
          <w:lang w:val="fr-FR"/>
        </w:rPr>
        <w:t>En devenant marraine ou parrain d’une de nos portées, vous soutenez par vos dons, mois après mois, la formation de nos futurs chiens guides. Vous participez ainsi au travail d’éveil des chiots, aux soins vétérinaires, à leur nourriture, au matériel de jeux, à leur apprentissage, tout en veillant à la pérennité de nos actions !</w:t>
      </w:r>
    </w:p>
    <w:p w:rsidRPr="00772348" w:rsidR="00E46A4E" w:rsidP="5F29C825" w:rsidRDefault="00E46A4E" w14:paraId="7607F4C9" w14:textId="77777777">
      <w:pPr>
        <w:pStyle w:val="Normal"/>
        <w:rPr>
          <w:lang w:val="fr-FR"/>
        </w:rPr>
      </w:pPr>
    </w:p>
    <w:p w:rsidRPr="00E46A4E" w:rsidR="00BB6E4B" w:rsidP="5F29C825" w:rsidRDefault="00000000" w14:paraId="28C18C2B" w14:textId="77777777">
      <w:pPr>
        <w:pStyle w:val="Titre3"/>
        <w:rPr>
          <w:lang w:val="fr-FR"/>
        </w:rPr>
      </w:pPr>
      <w:bookmarkStart w:name="_Toc1589774318" w:id="1926771558"/>
      <w:r w:rsidRPr="3F556641" w:rsidR="00000000">
        <w:rPr>
          <w:lang w:val="fr-FR"/>
        </w:rPr>
        <w:t>Aidez nos petits protégés à grandir : de nombreux avantages vous attendent !</w:t>
      </w:r>
      <w:bookmarkEnd w:id="1926771558"/>
    </w:p>
    <w:p w:rsidRPr="00772348" w:rsidR="00BB6E4B" w:rsidP="5F29C825" w:rsidRDefault="00000000" w14:paraId="242B272A" w14:textId="77777777">
      <w:pPr>
        <w:pStyle w:val="Normal"/>
        <w:rPr>
          <w:lang w:val="fr-FR"/>
        </w:rPr>
      </w:pPr>
      <w:r w:rsidRPr="5F29C825">
        <w:rPr>
          <w:lang w:val="fr-FR"/>
        </w:rPr>
        <w:t>Pour 15 €/mois, vous parrainez une portée, vous nous proposez un prénom commençant par C en 2027, et vous recevez par email des nouvelles de vos petits filleuls et de leurs progrès en éducation.</w:t>
      </w:r>
    </w:p>
    <w:p w:rsidRPr="00772348" w:rsidR="00BB6E4B" w:rsidP="5F29C825" w:rsidRDefault="00000000" w14:paraId="268A2C0F" w14:textId="77777777">
      <w:pPr>
        <w:pStyle w:val="Normal"/>
        <w:rPr>
          <w:lang w:val="fr-FR"/>
        </w:rPr>
      </w:pPr>
      <w:r w:rsidRPr="5F29C825">
        <w:rPr>
          <w:lang w:val="fr-FR"/>
        </w:rPr>
        <w:t>Pour 20 €/mois, nous vous convierons en plus à venir rencontrer nos chiots dans notre Centre d’élevage situé à Buc dans les Yvelines.</w:t>
      </w:r>
    </w:p>
    <w:p w:rsidRPr="00772348" w:rsidR="00BB6E4B" w:rsidP="5F29C825" w:rsidRDefault="00000000" w14:paraId="1DC8FEF6" w14:textId="77777777">
      <w:pPr>
        <w:pStyle w:val="Normal"/>
        <w:rPr>
          <w:lang w:val="fr-FR"/>
        </w:rPr>
      </w:pPr>
      <w:r w:rsidRPr="5F29C825">
        <w:rPr>
          <w:lang w:val="fr-FR"/>
        </w:rPr>
        <w:t>Nos futurs chiens guides ont hâte de vous rencontrer. Ils comptent sur vous !</w:t>
      </w:r>
    </w:p>
    <w:p w:rsidRPr="00772348" w:rsidR="00BB6E4B" w:rsidP="5F29C825" w:rsidRDefault="00000000" w14:paraId="42E9F018" w14:textId="77777777">
      <w:pPr>
        <w:pStyle w:val="Normal"/>
        <w:rPr>
          <w:lang w:val="fr-FR"/>
        </w:rPr>
      </w:pPr>
      <w:r w:rsidRPr="5F29C825">
        <w:rPr>
          <w:lang w:val="fr-FR"/>
        </w:rPr>
        <w:t>Pour nous soutenir : https://don.chiensguidesparis.fr/parrainer-une-portee</w:t>
      </w:r>
    </w:p>
    <w:p w:rsidR="00E46A4E" w:rsidP="5F29C825" w:rsidRDefault="00E46A4E" w14:paraId="1DC911EC" w14:textId="77777777">
      <w:pPr>
        <w:pStyle w:val="Normal"/>
        <w:rPr>
          <w:lang w:val="fr-FR"/>
        </w:rPr>
      </w:pPr>
    </w:p>
    <w:p w:rsidRPr="00E46A4E" w:rsidR="00BB6E4B" w:rsidP="5F29C825" w:rsidRDefault="00000000" w14:paraId="5EF7BA34" w14:textId="467587F5">
      <w:pPr>
        <w:pStyle w:val="Titre2"/>
        <w:rPr>
          <w:lang w:val="fr-FR"/>
        </w:rPr>
      </w:pPr>
    </w:p>
    <w:p w:rsidRPr="00E46A4E" w:rsidR="00BB6E4B" w:rsidP="00E46A4E" w:rsidRDefault="00000000" w14:paraId="3FC43008" w14:textId="6727FF83">
      <w:pPr/>
      <w:r>
        <w:br w:type="page"/>
      </w:r>
    </w:p>
    <w:p w:rsidRPr="00E46A4E" w:rsidR="00BB6E4B" w:rsidP="5F29C825" w:rsidRDefault="00000000" w14:paraId="23ACA28F" w14:textId="2DF1D459">
      <w:pPr>
        <w:pStyle w:val="Titre2"/>
        <w:rPr>
          <w:lang w:val="fr-FR"/>
        </w:rPr>
      </w:pPr>
      <w:bookmarkStart w:name="_Toc729627208" w:id="461781876"/>
      <w:r w:rsidRPr="3F556641" w:rsidR="00000000">
        <w:rPr>
          <w:lang w:val="fr-FR"/>
        </w:rPr>
        <w:t>Avantage fiscal</w:t>
      </w:r>
      <w:bookmarkEnd w:id="461781876"/>
    </w:p>
    <w:p w:rsidRPr="00772348" w:rsidR="00BB6E4B" w:rsidP="5F29C825" w:rsidRDefault="00000000" w14:paraId="30E5199F" w14:textId="77777777">
      <w:pPr>
        <w:pStyle w:val="Normal"/>
        <w:rPr>
          <w:lang w:val="fr-FR"/>
        </w:rPr>
      </w:pPr>
      <w:r w:rsidRPr="5F29C825">
        <w:rPr>
          <w:lang w:val="fr-FR"/>
        </w:rPr>
        <w:t>66 % de vos dons sont déductibles de votre impôt sur le revenu !</w:t>
      </w:r>
    </w:p>
    <w:p w:rsidRPr="00772348" w:rsidR="00BB6E4B" w:rsidP="5F29C825" w:rsidRDefault="00000000" w14:paraId="6014C226" w14:textId="77777777">
      <w:pPr>
        <w:pStyle w:val="Normal"/>
        <w:rPr>
          <w:lang w:val="fr-FR"/>
        </w:rPr>
      </w:pPr>
      <w:r w:rsidRPr="5F29C825">
        <w:rPr>
          <w:lang w:val="fr-FR"/>
        </w:rPr>
        <w:t>Un reçu fiscal vous sera adressé en mars récapitulant vos dons effectués l’année précédente.</w:t>
      </w:r>
    </w:p>
    <w:p w:rsidR="00E46A4E" w:rsidP="5F29C825" w:rsidRDefault="00E46A4E" w14:paraId="64CDCD3E" w14:textId="77777777">
      <w:pPr>
        <w:pStyle w:val="Normal"/>
        <w:rPr>
          <w:lang w:val="fr-FR"/>
        </w:rPr>
      </w:pPr>
    </w:p>
    <w:p w:rsidRPr="00E46A4E" w:rsidR="00BB6E4B" w:rsidP="5F29C825" w:rsidRDefault="00000000" w14:paraId="17692065" w14:textId="44575111">
      <w:pPr>
        <w:pStyle w:val="Titre2"/>
        <w:rPr>
          <w:lang w:val="fr-FR"/>
        </w:rPr>
      </w:pPr>
      <w:bookmarkStart w:name="_Toc55055967" w:id="564795602"/>
      <w:r w:rsidRPr="3F556641" w:rsidR="00000000">
        <w:rPr>
          <w:lang w:val="fr-FR"/>
        </w:rPr>
        <w:t>Une question ?</w:t>
      </w:r>
      <w:bookmarkEnd w:id="564795602"/>
    </w:p>
    <w:p w:rsidRPr="00772348" w:rsidR="00BB6E4B" w:rsidP="5F29C825" w:rsidRDefault="00000000" w14:paraId="370C8E72" w14:textId="77777777">
      <w:pPr>
        <w:pStyle w:val="Normal"/>
        <w:rPr>
          <w:lang w:val="fr-FR"/>
        </w:rPr>
      </w:pPr>
      <w:r w:rsidRPr="5F29C825">
        <w:rPr>
          <w:lang w:val="fr-FR"/>
        </w:rPr>
        <w:t>Notre service Relations donateurs est à votre écoute :</w:t>
      </w:r>
    </w:p>
    <w:p w:rsidRPr="00772348" w:rsidR="00BB6E4B" w:rsidP="5F29C825" w:rsidRDefault="00000000" w14:paraId="77C17763" w14:textId="77777777">
      <w:pPr>
        <w:pStyle w:val="Normal"/>
        <w:rPr>
          <w:lang w:val="fr-FR"/>
        </w:rPr>
      </w:pPr>
      <w:r w:rsidRPr="5F29C825">
        <w:rPr>
          <w:lang w:val="fr-FR"/>
        </w:rPr>
        <w:t>Par téléphone au 01 43 65 64 67</w:t>
      </w:r>
    </w:p>
    <w:p w:rsidRPr="00772348" w:rsidR="00BB6E4B" w:rsidP="5F29C825" w:rsidRDefault="00000000" w14:paraId="540E1836" w14:textId="77777777">
      <w:pPr>
        <w:pStyle w:val="Normal"/>
        <w:rPr>
          <w:lang w:val="fr-FR"/>
        </w:rPr>
      </w:pPr>
      <w:r w:rsidRPr="5F29C825">
        <w:rPr>
          <w:lang w:val="fr-FR"/>
        </w:rPr>
        <w:t>Par e-mail à dons@chiensguidesparis.fr</w:t>
      </w:r>
    </w:p>
    <w:p w:rsidRPr="00772348" w:rsidR="00BB6E4B" w:rsidP="5F29C825" w:rsidRDefault="00000000" w14:paraId="3BC3A436" w14:textId="77777777">
      <w:pPr>
        <w:pStyle w:val="Normal"/>
        <w:rPr>
          <w:lang w:val="fr-FR"/>
        </w:rPr>
      </w:pPr>
      <w:r w:rsidRPr="5F29C825">
        <w:rPr>
          <w:lang w:val="fr-FR"/>
        </w:rPr>
        <w:t>Par courrier : 105, avenue de Saint-Maurice, 75012 Paris</w:t>
      </w:r>
    </w:p>
    <w:p w:rsidRPr="00772348" w:rsidR="00BB6E4B" w:rsidP="5F29C825" w:rsidRDefault="00000000" w14:paraId="5B7F883A" w14:textId="77777777">
      <w:pPr>
        <w:pStyle w:val="Normal"/>
        <w:rPr>
          <w:lang w:val="fr-FR"/>
        </w:rPr>
      </w:pPr>
      <w:r w:rsidRPr="5F29C825">
        <w:rPr>
          <w:lang w:val="fr-FR"/>
        </w:rPr>
        <w:t>www.chiensguidesparis.fr</w:t>
      </w:r>
      <w:r>
        <w:br/>
      </w:r>
      <w:r w:rsidRPr="5F29C825">
        <w:rPr>
          <w:lang w:val="fr-FR"/>
        </w:rPr>
        <w:t>Suivez nos actualités sur les réseaux sociaux.</w:t>
      </w:r>
    </w:p>
    <w:sectPr w:rsidRPr="00772348" w:rsidR="00BB6E4B" w:rsidSect="00034616">
      <w:footerReference w:type="default" r:id="rId9"/>
      <w:pgSz w:w="11906" w:h="16838" w:orient="portrait"/>
      <w:pgMar w:top="1134" w:right="1247" w:bottom="1134" w:left="124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74BF" w:rsidRDefault="00C774BF" w14:paraId="186E8DDB" w14:textId="77777777">
      <w:pPr>
        <w:spacing w:after="0" w:line="240" w:lineRule="auto"/>
      </w:pPr>
      <w:r>
        <w:separator/>
      </w:r>
    </w:p>
  </w:endnote>
  <w:endnote w:type="continuationSeparator" w:id="0">
    <w:p w:rsidR="00C774BF" w:rsidRDefault="00C774BF" w14:paraId="3DA280C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6E4B" w:rsidRDefault="00000000" w14:paraId="155194D2" w14:textId="77777777">
    <w:pPr>
      <w:pStyle w:val="Pieddepage"/>
      <w:jc w:val="center"/>
    </w:pPr>
    <w:r>
      <w:rPr>
        <w:color w:val="5A5A5A"/>
        <w:sz w:val="18"/>
      </w:rPr>
      <w:t xml:space="preserve">Page </w:t>
    </w:r>
    <w:r>
      <w:rPr>
        <w:color w:val="5A5A5A"/>
        <w:sz w:val="18"/>
      </w:rPr>
      <w:fldChar w:fldCharType="begin"/>
    </w:r>
    <w:r>
      <w:rPr>
        <w:color w:val="5A5A5A"/>
        <w:sz w:val="18"/>
      </w:rPr>
      <w:instrText>PAGE</w:instrText>
    </w:r>
    <w:r>
      <w:rPr>
        <w:color w:val="5A5A5A"/>
        <w:sz w:val="18"/>
      </w:rPr>
      <w:fldChar w:fldCharType="separate"/>
    </w:r>
    <w:r>
      <w:rPr>
        <w:color w:val="5A5A5A"/>
        <w:sz w:val="18"/>
      </w:rPr>
      <w:t>1</w:t>
    </w:r>
    <w:r>
      <w:rPr>
        <w:color w:val="5A5A5A"/>
        <w:sz w:val="18"/>
      </w:rPr>
      <w:fldChar w:fldCharType="end"/>
    </w:r>
    <w:r>
      <w:rPr>
        <w:color w:val="5A5A5A"/>
        <w:sz w:val="18"/>
      </w:rPr>
      <w:t xml:space="preserve"> / </w:t>
    </w:r>
    <w:r>
      <w:rPr>
        <w:color w:val="5A5A5A"/>
        <w:sz w:val="18"/>
      </w:rPr>
      <w:fldChar w:fldCharType="begin"/>
    </w:r>
    <w:r>
      <w:rPr>
        <w:color w:val="5A5A5A"/>
        <w:sz w:val="18"/>
      </w:rPr>
      <w:instrText>NUMPAGES</w:instrText>
    </w:r>
    <w:r>
      <w:rPr>
        <w:color w:val="5A5A5A"/>
        <w:sz w:val="18"/>
      </w:rPr>
      <w:fldChar w:fldCharType="separate"/>
    </w:r>
    <w:r>
      <w:rPr>
        <w:color w:val="5A5A5A"/>
        <w:sz w:val="18"/>
      </w:rPr>
      <w:t>1</w:t>
    </w:r>
    <w:r>
      <w:rPr>
        <w:color w:val="5A5A5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74BF" w:rsidRDefault="00C774BF" w14:paraId="15254EBE" w14:textId="77777777">
      <w:pPr>
        <w:spacing w:after="0" w:line="240" w:lineRule="auto"/>
      </w:pPr>
      <w:r>
        <w:separator/>
      </w:r>
    </w:p>
  </w:footnote>
  <w:footnote w:type="continuationSeparator" w:id="0">
    <w:p w:rsidR="00C774BF" w:rsidRDefault="00C774BF" w14:paraId="6CCDB68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db636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hint="default" w:ascii="Symbol" w:hAnsi="Symbol"/>
      </w:rPr>
    </w:lvl>
  </w:abstractNum>
  <w:num w:numId="10">
    <w:abstractNumId w:val="9"/>
  </w:num>
  <w:num w:numId="1" w16cid:durableId="416024025">
    <w:abstractNumId w:val="8"/>
  </w:num>
  <w:num w:numId="2" w16cid:durableId="1973094374">
    <w:abstractNumId w:val="6"/>
  </w:num>
  <w:num w:numId="3" w16cid:durableId="1946231067">
    <w:abstractNumId w:val="5"/>
  </w:num>
  <w:num w:numId="4" w16cid:durableId="4938257">
    <w:abstractNumId w:val="4"/>
  </w:num>
  <w:num w:numId="5" w16cid:durableId="60060924">
    <w:abstractNumId w:val="7"/>
  </w:num>
  <w:num w:numId="6" w16cid:durableId="854461569">
    <w:abstractNumId w:val="3"/>
  </w:num>
  <w:num w:numId="7" w16cid:durableId="1588003440">
    <w:abstractNumId w:val="2"/>
  </w:num>
  <w:num w:numId="8" w16cid:durableId="336423641">
    <w:abstractNumId w:val="1"/>
  </w:num>
  <w:num w:numId="9" w16cid:durableId="158807831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00"/>
    <w:rsid w:val="00034616"/>
    <w:rsid w:val="00035900"/>
    <w:rsid w:val="0006063C"/>
    <w:rsid w:val="000C6EF1"/>
    <w:rsid w:val="0015074B"/>
    <w:rsid w:val="0029639D"/>
    <w:rsid w:val="00326F90"/>
    <w:rsid w:val="00673E40"/>
    <w:rsid w:val="00772348"/>
    <w:rsid w:val="0088791B"/>
    <w:rsid w:val="00AA1D8D"/>
    <w:rsid w:val="00B47730"/>
    <w:rsid w:val="00BB6E4B"/>
    <w:rsid w:val="00C774BF"/>
    <w:rsid w:val="00CB0664"/>
    <w:rsid w:val="00E46A4E"/>
    <w:rsid w:val="00FC693F"/>
    <w:rsid w:val="019C55A9"/>
    <w:rsid w:val="0374ACC1"/>
    <w:rsid w:val="072F84A1"/>
    <w:rsid w:val="085A3D55"/>
    <w:rsid w:val="0D36ADAC"/>
    <w:rsid w:val="10FDDAEB"/>
    <w:rsid w:val="1197020A"/>
    <w:rsid w:val="1223BFD2"/>
    <w:rsid w:val="1552A331"/>
    <w:rsid w:val="163421F2"/>
    <w:rsid w:val="184CA3EA"/>
    <w:rsid w:val="1895F319"/>
    <w:rsid w:val="1A0AFA2C"/>
    <w:rsid w:val="1BBA3A4F"/>
    <w:rsid w:val="20CA6FF5"/>
    <w:rsid w:val="25DD7920"/>
    <w:rsid w:val="2B3667A4"/>
    <w:rsid w:val="2B3667A4"/>
    <w:rsid w:val="2C6AC421"/>
    <w:rsid w:val="2D0158B5"/>
    <w:rsid w:val="30911556"/>
    <w:rsid w:val="332B3881"/>
    <w:rsid w:val="349CAFFC"/>
    <w:rsid w:val="34F93585"/>
    <w:rsid w:val="379355FD"/>
    <w:rsid w:val="37EC2938"/>
    <w:rsid w:val="3880802A"/>
    <w:rsid w:val="3B04BEFB"/>
    <w:rsid w:val="3B04BEFB"/>
    <w:rsid w:val="3E47DA16"/>
    <w:rsid w:val="3E6D7A6B"/>
    <w:rsid w:val="3EE01A1B"/>
    <w:rsid w:val="3F556641"/>
    <w:rsid w:val="43385CE8"/>
    <w:rsid w:val="46839185"/>
    <w:rsid w:val="4C0B2F0C"/>
    <w:rsid w:val="4D2FC037"/>
    <w:rsid w:val="5091AFE2"/>
    <w:rsid w:val="509F1AE9"/>
    <w:rsid w:val="5142B48E"/>
    <w:rsid w:val="581F74B6"/>
    <w:rsid w:val="58DB193B"/>
    <w:rsid w:val="5B05A681"/>
    <w:rsid w:val="5C2B9CB8"/>
    <w:rsid w:val="5D4AE31E"/>
    <w:rsid w:val="5F29C825"/>
    <w:rsid w:val="602290F4"/>
    <w:rsid w:val="605F07A7"/>
    <w:rsid w:val="62110E23"/>
    <w:rsid w:val="69128BA7"/>
    <w:rsid w:val="6C8C0A9F"/>
    <w:rsid w:val="6FAB9BEA"/>
    <w:rsid w:val="77E42BDA"/>
    <w:rsid w:val="78C2859B"/>
    <w:rsid w:val="7A073F0E"/>
    <w:rsid w:val="7E924674"/>
    <w:rsid w:val="7FA951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8DB625"/>
  <w14:defaultImageDpi w14:val="300"/>
  <w15:docId w15:val="{8E035180-549A-406D-82AD-61ECD7FDF6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00" w:line="269" w:lineRule="auto"/>
    </w:pPr>
    <w:rPr>
      <w:rFonts w:ascii="Arial" w:hAnsi="Arial"/>
      <w:color w:val="000000"/>
      <w:sz w:val="20"/>
    </w:rPr>
  </w:style>
  <w:style w:type="paragraph" w:styleId="Titre1">
    <w:uiPriority w:val="9"/>
    <w:name w:val="heading 1"/>
    <w:basedOn w:val="Normal"/>
    <w:next w:val="Normal"/>
    <w:link w:val="Titre1Car"/>
    <w:qFormat/>
    <w:rsid w:val="3F556641"/>
    <w:rPr>
      <w:rFonts w:ascii="Cambria" w:hAnsi="Cambria" w:eastAsia="Cambria" w:cs="Cambria" w:asciiTheme="minorAscii" w:hAnsiTheme="minorAscii" w:eastAsiaTheme="minorAscii" w:cstheme="minorAscii"/>
      <w:color w:val="365F91" w:themeColor="accent1" w:themeTint="FF" w:themeShade="BF"/>
      <w:sz w:val="40"/>
      <w:szCs w:val="40"/>
      <w:lang w:val="fr-FR"/>
    </w:rPr>
    <w:pPr>
      <w:keepNext w:val="1"/>
      <w:keepLines w:val="1"/>
      <w:spacing w:before="360" w:after="80"/>
      <w:outlineLvl w:val="0"/>
    </w:pPr>
  </w:style>
  <w:style w:type="paragraph" w:styleId="Titre2">
    <w:uiPriority w:val="9"/>
    <w:name w:val="heading 2"/>
    <w:basedOn w:val="Normal"/>
    <w:next w:val="Normal"/>
    <w:unhideWhenUsed/>
    <w:link w:val="Titre2Car"/>
    <w:qFormat/>
    <w:rsid w:val="3F556641"/>
    <w:rPr>
      <w:rFonts w:ascii="Cambria" w:hAnsi="Cambria" w:eastAsia="Cambria" w:cs="Cambria" w:asciiTheme="minorAscii" w:hAnsiTheme="minorAscii" w:eastAsiaTheme="minorAscii" w:cstheme="minorAscii"/>
      <w:color w:val="365F91" w:themeColor="accent1" w:themeTint="FF" w:themeShade="BF"/>
      <w:sz w:val="32"/>
      <w:szCs w:val="32"/>
      <w:lang w:val="fr-FR"/>
    </w:rPr>
    <w:pPr>
      <w:keepNext w:val="1"/>
      <w:keepLines w:val="1"/>
      <w:bidi w:val="0"/>
      <w:spacing w:before="160" w:beforeAutospacing="off" w:after="80" w:afterAutospacing="off"/>
      <w:ind w:left="0" w:right="0"/>
      <w:jc w:val="left"/>
      <w:outlineLvl w:val="1"/>
    </w:pPr>
  </w:style>
  <w:style w:type="paragraph" w:styleId="Titre3">
    <w:uiPriority w:val="9"/>
    <w:name w:val="heading 3"/>
    <w:basedOn w:val="Normal"/>
    <w:next w:val="Normal"/>
    <w:unhideWhenUsed/>
    <w:link w:val="Titre3Car"/>
    <w:qFormat/>
    <w:rsid w:val="5F29C825"/>
    <w:rPr>
      <w:rFonts w:eastAsia="ＭＳ 明朝" w:cs="" w:asciiTheme="minorAscii" w:hAnsiTheme="minorAscii" w:eastAsiaTheme="majorEastAsia" w:cstheme="majorBidi"/>
      <w:color w:val="365F91" w:themeColor="accent1" w:themeTint="FF" w:themeShade="BF"/>
      <w:sz w:val="28"/>
      <w:szCs w:val="28"/>
      <w:lang w:val="fr-FR"/>
    </w:rPr>
    <w:pPr>
      <w:keepNext w:val="1"/>
      <w:keepLines w:val="1"/>
      <w:spacing w:before="160" w:after="80"/>
      <w:outlineLvl w:val="2"/>
    </w:pPr>
  </w:style>
  <w:style w:type="paragraph" w:styleId="Titre4">
    <w:uiPriority w:val="9"/>
    <w:name w:val="heading 4"/>
    <w:basedOn w:val="Normal"/>
    <w:next w:val="Normal"/>
    <w:semiHidden/>
    <w:unhideWhenUsed/>
    <w:link w:val="Titre4Car"/>
    <w:qFormat/>
    <w:rsid w:val="5F29C825"/>
    <w:rPr>
      <w:rFonts w:eastAsia="ＭＳ 明朝" w:cs="" w:asciiTheme="minorAscii" w:hAnsiTheme="minorAscii" w:eastAsiaTheme="minorEastAsia" w:cstheme="minorBidi"/>
      <w:color w:val="365F91" w:themeColor="accent1" w:themeTint="FF" w:themeShade="BF"/>
      <w:sz w:val="24"/>
      <w:szCs w:val="24"/>
      <w:lang w:val="fr-FR"/>
    </w:rPr>
  </w:style>
  <w:style w:type="paragraph" w:styleId="Titre5">
    <w:uiPriority w:val="9"/>
    <w:name w:val="heading 5"/>
    <w:basedOn w:val="Normal"/>
    <w:next w:val="Normal"/>
    <w:semiHidden/>
    <w:unhideWhenUsed/>
    <w:link w:val="Titre5Car"/>
    <w:qFormat/>
    <w:rsid w:val="5F29C825"/>
    <w:rPr>
      <w:rFonts w:eastAsiaTheme="majorEastAsia" w:cstheme="majorBidi"/>
    </w:rPr>
    <w:pPr>
      <w:keepNext w:val="1"/>
      <w:keepLines w:val="1"/>
      <w:spacing w:before="80" w:after="40"/>
      <w:outlineLvl w:val="4"/>
    </w:pPr>
  </w:style>
  <w:style w:type="paragraph" w:styleId="Titre6">
    <w:uiPriority w:val="9"/>
    <w:name w:val="heading 6"/>
    <w:basedOn w:val="Normal"/>
    <w:next w:val="Normal"/>
    <w:semiHidden/>
    <w:unhideWhenUsed/>
    <w:link w:val="Titre6Car"/>
    <w:qFormat/>
    <w:rsid w:val="5F29C825"/>
    <w:rPr>
      <w:rFonts w:eastAsiaTheme="majorEastAsia" w:cstheme="majorBidi"/>
      <w:i w:val="1"/>
      <w:iCs w:val="1"/>
    </w:rPr>
    <w:pPr>
      <w:keepNext w:val="1"/>
      <w:keepLines w:val="1"/>
      <w:spacing w:before="40" w:after="0"/>
      <w:outlineLvl w:val="5"/>
    </w:pPr>
  </w:style>
  <w:style w:type="paragraph" w:styleId="Titre7">
    <w:uiPriority w:val="9"/>
    <w:name w:val="heading 7"/>
    <w:basedOn w:val="Normal"/>
    <w:next w:val="Normal"/>
    <w:semiHidden/>
    <w:unhideWhenUsed/>
    <w:link w:val="Titre7Car"/>
    <w:qFormat/>
    <w:rsid w:val="5F29C825"/>
    <w:rPr>
      <w:rFonts w:eastAsiaTheme="majorEastAsia" w:cstheme="majorBidi"/>
    </w:rPr>
    <w:pPr>
      <w:keepNext w:val="1"/>
      <w:keepLines w:val="1"/>
      <w:spacing w:before="40" w:after="0"/>
      <w:outlineLvl w:val="6"/>
    </w:pPr>
  </w:style>
  <w:style w:type="paragraph" w:styleId="Titre8">
    <w:uiPriority w:val="9"/>
    <w:name w:val="heading 8"/>
    <w:basedOn w:val="Normal"/>
    <w:next w:val="Normal"/>
    <w:semiHidden/>
    <w:unhideWhenUsed/>
    <w:link w:val="Titre8Car"/>
    <w:qFormat/>
    <w:rsid w:val="5F29C825"/>
    <w:rPr>
      <w:rFonts w:eastAsiaTheme="majorEastAsia" w:cstheme="majorBidi"/>
      <w:i w:val="1"/>
      <w:iCs w:val="1"/>
    </w:rPr>
    <w:pPr>
      <w:keepNext w:val="1"/>
      <w:keepLines w:val="1"/>
      <w:spacing w:after="0"/>
      <w:outlineLvl w:val="7"/>
    </w:pPr>
  </w:style>
  <w:style w:type="paragraph" w:styleId="Titre9">
    <w:uiPriority w:val="9"/>
    <w:name w:val="heading 9"/>
    <w:basedOn w:val="Normal"/>
    <w:next w:val="Normal"/>
    <w:semiHidden/>
    <w:unhideWhenUsed/>
    <w:link w:val="Titre9Car"/>
    <w:qFormat/>
    <w:rsid w:val="5F29C825"/>
    <w:rPr>
      <w:rFonts w:eastAsiaTheme="majorEastAsia" w:cstheme="majorBidi"/>
    </w:rPr>
    <w:pPr>
      <w:keepNext w:val="1"/>
      <w:keepLines w:val="1"/>
      <w:spacing w:after="0"/>
      <w:outlineLvl w:val="8"/>
    </w:p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styleId="En-tteCar" w:customStyle="true">
    <w:uiPriority w:val="99"/>
    <w:name w:val="En-tête Car"/>
    <w:basedOn w:val="Policepardfaut"/>
    <w:link w:val="En-tte"/>
    <w:rsid w:val="5F29C825"/>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styleId="PieddepageCar" w:customStyle="true">
    <w:uiPriority w:val="99"/>
    <w:name w:val="Pied de page Car"/>
    <w:basedOn w:val="Policepardfaut"/>
    <w:link w:val="Pieddepage"/>
    <w:rsid w:val="5F29C825"/>
  </w:style>
  <w:style w:type="paragraph" w:styleId="Sansinterligne">
    <w:name w:val="No Spacing"/>
    <w:uiPriority w:val="1"/>
    <w:qFormat/>
    <w:rsid w:val="00FC693F"/>
    <w:pPr>
      <w:spacing w:after="0" w:line="240" w:lineRule="auto"/>
    </w:pPr>
  </w:style>
  <w:style w:type="character" w:styleId="Titre1Car" w:customStyle="true">
    <w:uiPriority w:val="9"/>
    <w:name w:val="Titre 1 Car"/>
    <w:basedOn w:val="Normal"/>
    <w:link w:val="Titre1"/>
    <w:rsid w:val="3F556641"/>
    <w:rPr>
      <w:rFonts w:ascii="Cambria" w:hAnsi="Cambria" w:eastAsia="Cambria" w:cs="Cambria" w:asciiTheme="minorAscii" w:hAnsiTheme="minorAscii" w:eastAsiaTheme="minorAscii" w:cstheme="minorAscii"/>
      <w:color w:val="365F91" w:themeColor="accent1" w:themeTint="FF" w:themeShade="BF"/>
      <w:sz w:val="40"/>
      <w:szCs w:val="40"/>
      <w:lang w:val="fr-FR"/>
    </w:rPr>
  </w:style>
  <w:style w:type="character" w:styleId="Titre2Car" w:customStyle="true">
    <w:uiPriority w:val="9"/>
    <w:name w:val="Titre 2 Car"/>
    <w:basedOn w:val="Policepardfaut"/>
    <w:link w:val="Titre2"/>
    <w:rsid w:val="3F556641"/>
    <w:rPr>
      <w:rFonts w:ascii="Cambria" w:hAnsi="Cambria" w:eastAsia="Cambria" w:cs="Cambria" w:asciiTheme="minorAscii" w:hAnsiTheme="minorAscii" w:eastAsiaTheme="minorAscii" w:cstheme="minorAscii"/>
      <w:color w:val="365F91" w:themeColor="accent1" w:themeTint="FF" w:themeShade="BF"/>
      <w:sz w:val="32"/>
      <w:szCs w:val="32"/>
      <w:lang w:val="fr-FR"/>
    </w:rPr>
  </w:style>
  <w:style w:type="character" w:styleId="Titre3Car" w:customStyle="true">
    <w:uiPriority w:val="9"/>
    <w:name w:val="Titre 3 Car"/>
    <w:basedOn w:val="Policepardfaut"/>
    <w:link w:val="Titre3"/>
    <w:rsid w:val="5F29C825"/>
    <w:rPr>
      <w:rFonts w:ascii="Arial" w:hAnsi="Arial" w:eastAsia="ＭＳ 明朝" w:cs="" w:asciiTheme="minorAscii" w:hAnsiTheme="minorAscii" w:eastAsiaTheme="majorEastAsia" w:cstheme="majorBidi"/>
      <w:color w:val="365F91" w:themeColor="accent1" w:themeTint="FF" w:themeShade="BF"/>
      <w:sz w:val="28"/>
      <w:szCs w:val="28"/>
      <w:lang w:val="fr-FR"/>
    </w:rPr>
  </w:style>
  <w:style w:type="paragraph" w:styleId="Titre">
    <w:uiPriority w:val="10"/>
    <w:name w:val="Title"/>
    <w:basedOn w:val="Normal"/>
    <w:next w:val="Normal"/>
    <w:link w:val="TitreCar"/>
    <w:qFormat/>
    <w:rsid w:val="5F29C825"/>
    <w:rPr>
      <w:rFonts w:asciiTheme="majorAscii" w:hAnsiTheme="majorAscii" w:eastAsiaTheme="majorEastAsia" w:cstheme="majorBidi"/>
      <w:sz w:val="56"/>
      <w:szCs w:val="56"/>
    </w:rPr>
    <w:pPr>
      <w:spacing w:after="80"/>
      <w:contextualSpacing/>
    </w:pPr>
  </w:style>
  <w:style w:type="character" w:styleId="TitreCar" w:customStyle="true">
    <w:uiPriority w:val="10"/>
    <w:name w:val="Titre Car"/>
    <w:basedOn w:val="Policepardfaut"/>
    <w:link w:val="Titre"/>
    <w:rsid w:val="5F29C825"/>
    <w:rPr>
      <w:rFonts w:asciiTheme="majorAscii" w:hAnsiTheme="majorAscii" w:eastAsiaTheme="majorEastAsia" w:cstheme="majorBidi"/>
      <w:color w:val="17365D" w:themeColor="text2" w:themeTint="FF" w:themeShade="BF"/>
      <w:sz w:val="56"/>
      <w:szCs w:val="56"/>
    </w:rPr>
  </w:style>
  <w:style w:type="paragraph" w:styleId="Sous-titre">
    <w:uiPriority w:val="11"/>
    <w:name w:val="Subtitle"/>
    <w:basedOn w:val="Normal"/>
    <w:next w:val="Normal"/>
    <w:link w:val="Sous-titreCar"/>
    <w:qFormat/>
    <w:rsid w:val="5F29C825"/>
    <w:rPr>
      <w:rFonts w:eastAsiaTheme="majorEastAsia" w:cstheme="majorBidi"/>
      <w:sz w:val="28"/>
      <w:szCs w:val="28"/>
    </w:rPr>
  </w:style>
  <w:style w:type="character" w:styleId="Sous-titreCar" w:customStyle="true">
    <w:uiPriority w:val="11"/>
    <w:name w:val="Sous-titre Car"/>
    <w:basedOn w:val="Policepardfaut"/>
    <w:link w:val="Sous-titre"/>
    <w:rsid w:val="5F29C825"/>
    <w:rPr>
      <w:rFonts w:eastAsiaTheme="majorEastAsia" w:cstheme="majorBidi"/>
      <w:sz w:val="28"/>
      <w:szCs w:val="28"/>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styleId="CorpsdetexteCar" w:customStyle="1">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styleId="Corpsdetexte2Car" w:customStyle="1">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styleId="Corpsdetexte3Car" w:customStyle="1">
    <w:name w:val="Corps de texte 3 Car"/>
    <w:basedOn w:val="Policepardfaut"/>
    <w:link w:val="Corpsdetexte3"/>
    <w:uiPriority w:val="99"/>
    <w:rsid w:val="00AA1D8D"/>
    <w:rPr>
      <w:sz w:val="16"/>
      <w:szCs w:val="16"/>
    </w:rPr>
  </w:style>
  <w:style w:type="paragraph" w:styleId="Liste">
    <w:uiPriority w:val="99"/>
    <w:name w:val="List"/>
    <w:basedOn w:val="Normal"/>
    <w:unhideWhenUsed/>
    <w:rsid w:val="5F29C825"/>
    <w:pPr>
      <w:spacing/>
      <w:ind w:left="283" w:hanging="283"/>
      <w:contextualSpacing/>
    </w:pPr>
  </w:style>
  <w:style w:type="paragraph" w:styleId="Liste2">
    <w:uiPriority w:val="99"/>
    <w:name w:val="List 2"/>
    <w:basedOn w:val="Normal"/>
    <w:unhideWhenUsed/>
    <w:rsid w:val="5F29C825"/>
    <w:pPr>
      <w:spacing/>
      <w:ind w:left="566" w:hanging="283"/>
      <w:contextualSpacing/>
    </w:pPr>
  </w:style>
  <w:style w:type="paragraph" w:styleId="Liste3">
    <w:uiPriority w:val="99"/>
    <w:name w:val="List 3"/>
    <w:basedOn w:val="Normal"/>
    <w:unhideWhenUsed/>
    <w:rsid w:val="5F29C825"/>
    <w:pPr>
      <w:spacing/>
      <w:ind w:left="849" w:hanging="283"/>
      <w:contextualSpacing/>
    </w:pPr>
  </w:style>
  <w:style w:type="paragraph" w:styleId="Listepuces">
    <w:uiPriority w:val="99"/>
    <w:name w:val="List Bullet"/>
    <w:basedOn w:val="Normal"/>
    <w:unhideWhenUsed/>
    <w:rsid w:val="5F29C825"/>
    <w:pPr>
      <w:spacing/>
      <w:ind w:left="360" w:hanging="360"/>
      <w:contextualSpacing/>
    </w:pPr>
  </w:style>
  <w:style w:type="paragraph" w:styleId="Listepuces2">
    <w:uiPriority w:val="99"/>
    <w:name w:val="List Bullet 2"/>
    <w:basedOn w:val="Normal"/>
    <w:unhideWhenUsed/>
    <w:rsid w:val="5F29C825"/>
    <w:pPr>
      <w:tabs>
        <w:tab w:val="num" w:leader="none" w:pos="643"/>
      </w:tabs>
      <w:spacing/>
      <w:ind w:left="643" w:hanging="360"/>
      <w:contextualSpacing/>
    </w:pPr>
  </w:style>
  <w:style w:type="paragraph" w:styleId="Listepuces3">
    <w:uiPriority w:val="99"/>
    <w:name w:val="List Bullet 3"/>
    <w:basedOn w:val="Normal"/>
    <w:unhideWhenUsed/>
    <w:rsid w:val="5F29C825"/>
    <w:pPr>
      <w:tabs>
        <w:tab w:val="num" w:leader="none" w:pos="926"/>
      </w:tabs>
      <w:spacing/>
      <w:ind w:left="926" w:hanging="360"/>
      <w:contextualSpacing/>
    </w:pPr>
  </w:style>
  <w:style w:type="paragraph" w:styleId="Listenumros">
    <w:uiPriority w:val="99"/>
    <w:name w:val="List Number"/>
    <w:basedOn w:val="Normal"/>
    <w:unhideWhenUsed/>
    <w:rsid w:val="5F29C825"/>
    <w:pPr>
      <w:spacing/>
      <w:ind w:left="360" w:hanging="360"/>
      <w:contextualSpacing/>
    </w:pPr>
  </w:style>
  <w:style w:type="paragraph" w:styleId="Listenumros2">
    <w:uiPriority w:val="99"/>
    <w:name w:val="List Number 2"/>
    <w:basedOn w:val="Normal"/>
    <w:unhideWhenUsed/>
    <w:rsid w:val="5F29C825"/>
    <w:pPr>
      <w:tabs>
        <w:tab w:val="num" w:leader="none" w:pos="643"/>
      </w:tabs>
      <w:spacing/>
      <w:ind w:left="643"/>
      <w:contextualSpacing/>
    </w:pPr>
  </w:style>
  <w:style w:type="paragraph" w:styleId="Listenumros3">
    <w:uiPriority w:val="99"/>
    <w:name w:val="List Number 3"/>
    <w:basedOn w:val="Normal"/>
    <w:unhideWhenUsed/>
    <w:rsid w:val="5F29C825"/>
    <w:pPr>
      <w:tabs>
        <w:tab w:val="num" w:leader="none" w:pos="926"/>
        <w:tab w:val="num" w:leader="none" w:pos="1080"/>
      </w:tabs>
      <w:spacing/>
      <w:ind w:left="1080" w:hanging="360"/>
      <w:contextualSpacing/>
    </w:pPr>
  </w:style>
  <w:style w:type="paragraph" w:styleId="Listecontinue">
    <w:uiPriority w:val="99"/>
    <w:name w:val="List Continue"/>
    <w:basedOn w:val="Normal"/>
    <w:unhideWhenUsed/>
    <w:rsid w:val="5F29C825"/>
    <w:pPr>
      <w:spacing w:after="120"/>
      <w:ind w:left="283"/>
      <w:contextualSpacing/>
    </w:pPr>
  </w:style>
  <w:style w:type="paragraph" w:styleId="Listecontinue2">
    <w:uiPriority w:val="99"/>
    <w:name w:val="List Continue 2"/>
    <w:basedOn w:val="Normal"/>
    <w:unhideWhenUsed/>
    <w:rsid w:val="5F29C825"/>
    <w:pPr>
      <w:spacing w:after="120"/>
      <w:ind w:left="566"/>
      <w:contextualSpacing/>
    </w:pPr>
  </w:style>
  <w:style w:type="paragraph" w:styleId="Listecontinue3">
    <w:uiPriority w:val="99"/>
    <w:name w:val="List Continue 3"/>
    <w:basedOn w:val="Normal"/>
    <w:unhideWhenUsed/>
    <w:rsid w:val="5F29C825"/>
    <w:pPr>
      <w:spacing w:after="120"/>
      <w:ind w:left="849"/>
      <w:contextualSpacing/>
    </w:pPr>
  </w:style>
  <w:style w:type="paragraph" w:styleId="Textedemacro">
    <w:uiPriority w:val="99"/>
    <w:name w:val="macro"/>
    <w:unhideWhenUsed/>
    <w:link w:val="TextedemacroCar"/>
    <w:rsid w:val="5F29C825"/>
    <w:rPr>
      <w:rFonts w:ascii="Consolas" w:hAnsi="Consolas"/>
      <w:sz w:val="20"/>
      <w:szCs w:val="20"/>
    </w:rPr>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spacing w:after="0"/>
    </w:pPr>
  </w:style>
  <w:style w:type="character" w:styleId="TextedemacroCar" w:customStyle="true">
    <w:uiPriority w:val="99"/>
    <w:name w:val="Texte de macro Car"/>
    <w:basedOn w:val="Policepardfaut"/>
    <w:link w:val="Textedemacro"/>
    <w:rsid w:val="5F29C825"/>
    <w:rPr>
      <w:rFonts w:ascii="Consolas" w:hAnsi="Consolas"/>
      <w:sz w:val="20"/>
      <w:szCs w:val="20"/>
    </w:rPr>
  </w:style>
  <w:style w:type="paragraph" w:styleId="Citation">
    <w:uiPriority w:val="29"/>
    <w:name w:val="Quote"/>
    <w:basedOn w:val="Normal"/>
    <w:next w:val="Normal"/>
    <w:link w:val="CitationCar"/>
    <w:qFormat/>
    <w:rsid w:val="5F29C825"/>
    <w:rPr>
      <w:i w:val="1"/>
      <w:iCs w:val="1"/>
    </w:rPr>
    <w:pPr>
      <w:spacing w:before="160"/>
      <w:jc w:val="center"/>
    </w:pPr>
  </w:style>
  <w:style w:type="character" w:styleId="CitationCar" w:customStyle="true">
    <w:uiPriority w:val="29"/>
    <w:name w:val="Citation Car"/>
    <w:basedOn w:val="Policepardfaut"/>
    <w:link w:val="Citation"/>
    <w:rsid w:val="5F29C825"/>
    <w:rPr>
      <w:i w:val="1"/>
      <w:iCs w:val="1"/>
    </w:rPr>
  </w:style>
  <w:style w:type="character" w:styleId="Titre4Car" w:customStyle="true">
    <w:uiPriority w:val="9"/>
    <w:name w:val="Titre 4 Car"/>
    <w:basedOn w:val="Normal"/>
    <w:semiHidden/>
    <w:link w:val="Titre4"/>
    <w:rsid w:val="5F29C825"/>
    <w:rPr>
      <w:rFonts w:eastAsia="ＭＳ 明朝" w:cs="" w:asciiTheme="minorAscii" w:hAnsiTheme="minorAscii" w:eastAsiaTheme="minorEastAsia" w:cstheme="minorBidi"/>
      <w:color w:val="365F91" w:themeColor="accent1" w:themeTint="FF" w:themeShade="BF"/>
      <w:sz w:val="24"/>
      <w:szCs w:val="24"/>
      <w:lang w:val="fr-FR"/>
    </w:rPr>
  </w:style>
  <w:style w:type="character" w:styleId="Titre5Car" w:customStyle="true">
    <w:uiPriority w:val="9"/>
    <w:name w:val="Titre 5 Car"/>
    <w:basedOn w:val="Policepardfaut"/>
    <w:semiHidden/>
    <w:link w:val="Titre5"/>
    <w:rsid w:val="5F29C825"/>
    <w:rPr>
      <w:rFonts w:eastAsiaTheme="majorEastAsia" w:cstheme="majorBidi"/>
    </w:rPr>
  </w:style>
  <w:style w:type="character" w:styleId="Titre6Car" w:customStyle="true">
    <w:uiPriority w:val="9"/>
    <w:name w:val="Titre 6 Car"/>
    <w:basedOn w:val="Policepardfaut"/>
    <w:semiHidden/>
    <w:link w:val="Titre6"/>
    <w:rsid w:val="5F29C825"/>
    <w:rPr>
      <w:rFonts w:eastAsiaTheme="majorEastAsia" w:cstheme="majorBidi"/>
      <w:i w:val="1"/>
      <w:iCs w:val="1"/>
    </w:rPr>
  </w:style>
  <w:style w:type="character" w:styleId="Titre7Car" w:customStyle="true">
    <w:uiPriority w:val="9"/>
    <w:name w:val="Titre 7 Car"/>
    <w:basedOn w:val="Policepardfaut"/>
    <w:semiHidden/>
    <w:link w:val="Titre7"/>
    <w:rsid w:val="5F29C825"/>
    <w:rPr>
      <w:rFonts w:eastAsiaTheme="majorEastAsia" w:cstheme="majorBidi"/>
    </w:rPr>
  </w:style>
  <w:style w:type="character" w:styleId="Titre8Car" w:customStyle="true">
    <w:uiPriority w:val="9"/>
    <w:name w:val="Titre 8 Car"/>
    <w:basedOn w:val="Policepardfaut"/>
    <w:semiHidden/>
    <w:link w:val="Titre8"/>
    <w:rsid w:val="5F29C825"/>
    <w:rPr>
      <w:rFonts w:eastAsiaTheme="majorEastAsia" w:cstheme="majorBidi"/>
      <w:i w:val="1"/>
      <w:iCs w:val="1"/>
      <w:sz w:val="20"/>
      <w:szCs w:val="20"/>
    </w:rPr>
  </w:style>
  <w:style w:type="character" w:styleId="Titre9Car" w:customStyle="true">
    <w:uiPriority w:val="9"/>
    <w:name w:val="Titre 9 Car"/>
    <w:basedOn w:val="Policepardfaut"/>
    <w:semiHidden/>
    <w:link w:val="Titre9"/>
    <w:rsid w:val="5F29C825"/>
    <w:rPr>
      <w:rFonts w:eastAsiaTheme="majorEastAsia" w:cstheme="majorBidi"/>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uiPriority w:val="30"/>
    <w:name w:val="Intense Quote"/>
    <w:basedOn w:val="Normal"/>
    <w:next w:val="Normal"/>
    <w:link w:val="CitationintenseCar"/>
    <w:qFormat/>
    <w:rsid w:val="5F29C825"/>
    <w:rPr>
      <w:i w:val="1"/>
      <w:iCs w:val="1"/>
    </w:rPr>
    <w:pPr>
      <w:spacing w:before="360" w:after="360"/>
      <w:ind w:left="864" w:right="864"/>
      <w:jc w:val="center"/>
    </w:pPr>
  </w:style>
  <w:style w:type="character" w:styleId="CitationintenseCar" w:customStyle="true">
    <w:uiPriority w:val="30"/>
    <w:name w:val="Citation intense Car"/>
    <w:basedOn w:val="Policepardfaut"/>
    <w:link w:val="Citationintense"/>
    <w:rsid w:val="5F29C825"/>
    <w:rPr>
      <w:i w:val="1"/>
      <w:iCs w:val="1"/>
    </w:rPr>
  </w:style>
  <w:style w:type="character" w:styleId="Accentuationlgre">
    <w:uiPriority w:val="19"/>
    <w:name w:val="Subtle Emphasis"/>
    <w:basedOn w:val="Policepardfaut"/>
    <w:qFormat/>
    <w:rsid w:val="5F29C825"/>
    <w:rPr>
      <w:i w:val="1"/>
      <w:iCs w:val="1"/>
    </w:rPr>
  </w:style>
  <w:style w:type="character" w:styleId="Accentuationintense">
    <w:uiPriority w:val="21"/>
    <w:name w:val="Intense Emphasis"/>
    <w:basedOn w:val="Policepardfaut"/>
    <w:qFormat/>
    <w:rsid w:val="5F29C825"/>
    <w:rPr>
      <w:i w:val="1"/>
      <w:iCs w:val="1"/>
    </w:rPr>
  </w:style>
  <w:style w:type="character" w:styleId="Rfrencelgre">
    <w:uiPriority w:val="31"/>
    <w:name w:val="Subtle Reference"/>
    <w:basedOn w:val="Policepardfaut"/>
    <w:qFormat/>
    <w:rsid w:val="5F29C825"/>
    <w:rPr>
      <w:smallCaps w:val="1"/>
    </w:rPr>
  </w:style>
  <w:style w:type="character" w:styleId="Rfrenceintense">
    <w:uiPriority w:val="32"/>
    <w:name w:val="Intense Reference"/>
    <w:basedOn w:val="Policepardfaut"/>
    <w:qFormat/>
    <w:rsid w:val="5F29C825"/>
    <w:rPr>
      <w:b w:val="1"/>
      <w:bCs w:val="1"/>
      <w:smallCaps w:val="1"/>
    </w:rPr>
  </w:style>
  <w:style w:type="character" w:styleId="Titredulivre">
    <w:uiPriority w:val="33"/>
    <w:name w:val="Book Title"/>
    <w:basedOn w:val="Policepardfaut"/>
    <w:qFormat/>
    <w:rsid w:val="5F29C825"/>
    <w:rPr>
      <w:b w:val="1"/>
      <w:bCs w:val="1"/>
      <w:i w:val="1"/>
      <w:iCs w:val="1"/>
    </w:rPr>
  </w:style>
  <w:style w:type="paragraph" w:styleId="En-ttedetabledesmatires">
    <w:uiPriority w:val="39"/>
    <w:name w:val="TOC Heading"/>
    <w:basedOn w:val="Titre1"/>
    <w:next w:val="Normal"/>
    <w:semiHidden/>
    <w:unhideWhenUsed/>
    <w:qFormat/>
    <w:rsid w:val="3F556641"/>
  </w:style>
  <w:style w:type="table" w:styleId="Grilledutableau">
    <w:name w:val="Table Grid"/>
    <w:basedOn w:val="Tableau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ous-titredocument" w:customStyle="1">
    <w:name w:val="Sous-titre document"/>
    <w:pPr>
      <w:spacing w:after="360"/>
    </w:pPr>
    <w:rPr>
      <w:rFonts w:ascii="Arial" w:hAnsi="Arial"/>
      <w:color w:val="505050"/>
    </w:rPr>
  </w:style>
  <w:style w:type="paragraph" w:styleId="Citation1" w:customStyle="1">
    <w:name w:val="Citation1"/>
    <w:pPr>
      <w:spacing w:after="140"/>
      <w:ind w:left="397" w:right="227"/>
    </w:pPr>
    <w:rPr>
      <w:rFonts w:ascii="Arial" w:hAnsi="Arial"/>
      <w:i/>
      <w:sz w:val="20"/>
    </w:rPr>
  </w:style>
  <w:style w:type="character" w:styleId="Lienhypertexte">
    <w:uiPriority w:val="99"/>
    <w:name w:val="Hyperlink"/>
    <w:basedOn w:val="Policepardfaut"/>
    <w:unhideWhenUsed/>
    <w:rsid w:val="5F29C825"/>
    <w:rPr>
      <w:u w:val="single"/>
    </w:rPr>
  </w:style>
  <w:style w:type="character" w:styleId="Mentionnonrsolue">
    <w:name w:val="Unresolved Mention"/>
    <w:basedOn w:val="Policepardfaut"/>
    <w:uiPriority w:val="99"/>
    <w:semiHidden/>
    <w:unhideWhenUsed/>
    <w:rsid w:val="00673E40"/>
    <w:rPr>
      <w:color w:val="605E5C"/>
      <w:shd w:val="clear" w:color="auto" w:fill="E1DFDD"/>
    </w:rPr>
  </w:style>
  <w:style w:type="paragraph" w:styleId="TOC1">
    <w:uiPriority w:val="39"/>
    <w:name w:val="toc 1"/>
    <w:basedOn w:val="Normal"/>
    <w:next w:val="Normal"/>
    <w:unhideWhenUsed/>
    <w:rsid w:val="5F29C825"/>
  </w:style>
  <w:style w:type="paragraph" w:styleId="ListBullet4">
    <w:uiPriority w:val="99"/>
    <w:name w:val="List Bullet 4"/>
    <w:basedOn w:val="Normal"/>
    <w:unhideWhenUsed/>
    <w:rsid w:val="5F29C825"/>
    <w:pPr>
      <w:tabs>
        <w:tab w:val="num" w:leader="none" w:pos="1209"/>
      </w:tabs>
      <w:spacing/>
      <w:ind w:left="1209" w:hanging="360"/>
      <w:contextualSpacing/>
    </w:pPr>
  </w:style>
  <w:style w:type="paragraph" w:styleId="ListBullet5">
    <w:uiPriority w:val="99"/>
    <w:name w:val="List Bullet 5"/>
    <w:basedOn w:val="Normal"/>
    <w:unhideWhenUsed/>
    <w:rsid w:val="5F29C825"/>
    <w:pPr>
      <w:tabs>
        <w:tab w:val="num" w:leader="none" w:pos="1492"/>
      </w:tabs>
      <w:spacing/>
      <w:ind w:left="1492" w:hanging="360"/>
      <w:contextualSpacing/>
    </w:pPr>
  </w:style>
  <w:style w:type="paragraph" w:styleId="ListNumber4">
    <w:uiPriority w:val="99"/>
    <w:name w:val="List Number 4"/>
    <w:basedOn w:val="Normal"/>
    <w:unhideWhenUsed/>
    <w:rsid w:val="5F29C825"/>
    <w:pPr>
      <w:tabs>
        <w:tab w:val="num" w:leader="none" w:pos="1209"/>
      </w:tabs>
      <w:spacing/>
      <w:ind w:left="1209"/>
      <w:contextualSpacing/>
    </w:pPr>
  </w:style>
  <w:style w:type="paragraph" w:styleId="ListNumber5">
    <w:uiPriority w:val="99"/>
    <w:name w:val="List Number 5"/>
    <w:basedOn w:val="Normal"/>
    <w:unhideWhenUsed/>
    <w:rsid w:val="5F29C825"/>
    <w:pPr>
      <w:tabs>
        <w:tab w:val="num" w:leader="none" w:pos="1492"/>
      </w:tabs>
      <w:spacing/>
      <w:ind w:left="1492"/>
      <w:contextualSpacing/>
    </w:pPr>
  </w:style>
  <w:style w:type="paragraph" w:styleId="TOC2">
    <w:uiPriority w:val="39"/>
    <w:name w:val="toc 2"/>
    <w:basedOn w:val="Normal"/>
    <w:next w:val="Normal"/>
    <w:unhideWhenUsed/>
    <w:rsid w:val="5F29C825"/>
    <w:pPr>
      <w:ind w:left="220"/>
    </w:pPr>
  </w:style>
  <w:style w:type="paragraph" w:styleId="TOC3">
    <w:uiPriority w:val="39"/>
    <w:name w:val="toc 3"/>
    <w:basedOn w:val="Normal"/>
    <w:next w:val="Normal"/>
    <w:unhideWhenUsed/>
    <w:rsid w:val="5F29C825"/>
    <w:pPr>
      <w:ind w:left="440"/>
    </w:pPr>
  </w:style>
  <w:style w:type="paragraph" w:styleId="TOC4">
    <w:uiPriority w:val="39"/>
    <w:name w:val="toc 4"/>
    <w:basedOn w:val="Normal"/>
    <w:next w:val="Normal"/>
    <w:unhideWhenUsed/>
    <w:rsid w:val="5F29C825"/>
    <w:pPr>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yperlink" Target="mailto:legs@chiensguidesparis.fr" TargetMode="External" Id="Rc8c5d1f92bc5453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Extraction des textes – Journal ECGP septembre 2026</dc:title>
  <dc:subject>Transcription rubrique par rubrique</dc:subject>
  <dc:creator>AB+</dc:creator>
  <keywords/>
  <dc:description>generated by python-docx</dc:description>
  <lastModifiedBy>Thomas LEGRAIN</lastModifiedBy>
  <revision>5</revision>
  <dcterms:created xsi:type="dcterms:W3CDTF">2013-12-23T23:15:00.0000000Z</dcterms:created>
  <dcterms:modified xsi:type="dcterms:W3CDTF">2026-09-23T08:21:19.2102339Z</dcterms:modified>
  <category/>
</coreProperties>
</file>